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60"/>
        <w:ind w:left="0" w:firstLine="0"/>
        <w:jc w:val="center"/>
      </w:pPr>
      <w:r>
        <w:rPr>
          <w:rFonts w:ascii="黑体" w:hAnsi="黑体" w:eastAsia="黑体"/>
          <w:b/>
          <w:sz w:val="30"/>
        </w:rPr>
        <w:t>农村自建房施工合同</w:t>
      </w:r>
    </w:p>
    <w:p>
      <w:pPr>
        <w:spacing w:before="0" w:after="200"/>
        <w:ind w:left="0" w:firstLine="0"/>
        <w:jc w:val="center"/>
      </w:pPr>
      <w:r>
        <w:rPr>
          <w:rFonts w:ascii="宋体" w:hAnsi="宋体" w:eastAsia="宋体"/>
          <w:b w:val="0"/>
          <w:sz w:val="21"/>
        </w:rPr>
        <w:t>（2026 年修订版）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361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合同编号</w:t>
            </w:r>
          </w:p>
        </w:tc>
        <w:tc>
          <w:tcPr>
            <w:tcW w:type="dxa" w:w="2608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</w:t>
            </w:r>
          </w:p>
        </w:tc>
        <w:tc>
          <w:tcPr>
            <w:tcW w:type="dxa" w:w="1361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签订地点</w:t>
            </w:r>
          </w:p>
        </w:tc>
        <w:tc>
          <w:tcPr>
            <w:tcW w:type="dxa" w:w="3515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四川省成都市温江区＿＿＿＿＿＿</w:t>
            </w:r>
          </w:p>
        </w:tc>
      </w:tr>
      <w:tr>
        <w:tc>
          <w:tcPr>
            <w:tcW w:type="dxa" w:w="1361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签订日期</w:t>
            </w:r>
          </w:p>
        </w:tc>
        <w:tc>
          <w:tcPr>
            <w:tcW w:type="dxa" w:w="2608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 年 ＿＿＿＿＿＿ 月 ＿＿＿＿＿＿ 日</w:t>
            </w:r>
          </w:p>
        </w:tc>
        <w:tc>
          <w:tcPr>
            <w:tcW w:type="dxa" w:w="1361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工程地点</w:t>
            </w:r>
          </w:p>
        </w:tc>
        <w:tc>
          <w:tcPr>
            <w:tcW w:type="dxa" w:w="3515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成都市温江区和盛镇＿＿＿＿＿＿</w:t>
            </w:r>
          </w:p>
        </w:tc>
      </w:tr>
    </w:tbl>
    <w:p>
      <w:pPr>
        <w:spacing w:before="0" w:after="40"/>
        <w:ind w:left="0" w:firstLine="0"/>
        <w:jc w:val="left"/>
      </w:pPr>
    </w:p>
    <w:p>
      <w:pPr>
        <w:spacing w:before="100" w:after="40"/>
        <w:ind w:left="0" w:firstLine="0"/>
        <w:jc w:val="left"/>
      </w:pPr>
      <w:r>
        <w:rPr>
          <w:rFonts w:ascii="黑体" w:hAnsi="黑体" w:eastAsia="黑体"/>
          <w:b/>
          <w:sz w:val="21"/>
        </w:rPr>
        <w:t>甲方（发包方）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姓名：文泽志　　身份证号：51012319681216253X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联系电话：13551110207　　住址：＿＿＿＿＿＿</w:t>
      </w:r>
    </w:p>
    <w:p>
      <w:pPr>
        <w:spacing w:before="0" w:after="40"/>
        <w:ind w:left="0" w:firstLine="0"/>
        <w:jc w:val="left"/>
      </w:pPr>
    </w:p>
    <w:p>
      <w:pPr>
        <w:spacing w:before="100" w:after="40"/>
        <w:ind w:left="0" w:firstLine="0"/>
        <w:jc w:val="left"/>
      </w:pPr>
      <w:r>
        <w:rPr>
          <w:rFonts w:ascii="黑体" w:hAnsi="黑体" w:eastAsia="黑体"/>
          <w:b/>
          <w:sz w:val="21"/>
        </w:rPr>
        <w:t>乙方（承包方）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☐ </w:t>
      </w:r>
      <w:r>
        <w:rPr>
          <w:rFonts w:ascii="宋体" w:hAnsi="宋体" w:eastAsia="宋体"/>
          <w:b/>
          <w:sz w:val="21"/>
        </w:rPr>
        <w:t>乙方为自然人</w:t>
      </w:r>
      <w:r>
        <w:rPr>
          <w:rFonts w:ascii="宋体" w:hAnsi="宋体" w:eastAsia="宋体"/>
          <w:b w:val="0"/>
          <w:sz w:val="21"/>
        </w:rPr>
        <w:t>：姓名 ＿＿＿＿＿＿　身份证号 ＿＿＿＿＿＿　住址 ＿＿＿＿＿＿　电话 ＿＿＿＿＿＿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☐ </w:t>
      </w:r>
      <w:r>
        <w:rPr>
          <w:rFonts w:ascii="宋体" w:hAnsi="宋体" w:eastAsia="宋体"/>
          <w:b/>
          <w:sz w:val="21"/>
        </w:rPr>
        <w:t>乙方为单位</w:t>
      </w:r>
      <w:r>
        <w:rPr>
          <w:rFonts w:ascii="宋体" w:hAnsi="宋体" w:eastAsia="宋体"/>
          <w:b w:val="0"/>
          <w:sz w:val="21"/>
        </w:rPr>
        <w:t>：名称 ＿＿＿＿＿＿　统一社会信用代码 ＿＿＿＿＿＿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　　法定代表人 ＿＿＿＿＿＿　住所 ＿＿＿＿＿＿　电话 ＿＿＿＿＿＿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>（</w:t>
      </w:r>
      <w:r>
        <w:rPr>
          <w:rFonts w:ascii="宋体" w:hAnsi="宋体" w:eastAsia="宋体"/>
          <w:b/>
          <w:sz w:val="19"/>
        </w:rPr>
        <w:t>上述两项必须择一填写并勾选，不得同时填写；不得只填个人姓名而由单位盖章</w:t>
      </w:r>
      <w:r>
        <w:rPr>
          <w:rFonts w:ascii="宋体" w:hAnsi="宋体" w:eastAsia="宋体"/>
          <w:b w:val="0"/>
          <w:sz w:val="19"/>
        </w:rPr>
        <w:t>）</w:t>
      </w:r>
    </w:p>
    <w:p>
      <w:pPr>
        <w:spacing w:before="0" w:after="40"/>
        <w:ind w:left="0" w:firstLine="0"/>
        <w:jc w:val="left"/>
      </w:pPr>
    </w:p>
    <w:p>
      <w:pPr>
        <w:spacing w:before="100" w:after="40"/>
        <w:ind w:left="0" w:firstLine="0"/>
        <w:jc w:val="left"/>
      </w:pPr>
      <w:r>
        <w:rPr>
          <w:rFonts w:ascii="黑体" w:hAnsi="黑体" w:eastAsia="黑体"/>
          <w:b/>
          <w:sz w:val="21"/>
        </w:rPr>
        <w:t>保证人（乙方为单位时，本栏为必填）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姓名：江剑凯　　联系电话：13258212263　　身份证号：＿＿＿＿＿＿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住址：＿＿＿＿＿＿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>（保证人就乙方在本合同项下的全部义务向甲方承担连带责任保证，详见第十三条）</w:t>
      </w:r>
    </w:p>
    <w:p>
      <w:pPr>
        <w:spacing w:before="0" w:after="40"/>
        <w:ind w:left="0" w:firstLine="0"/>
        <w:jc w:val="left"/>
      </w:pPr>
    </w:p>
    <w:p>
      <w:pPr>
        <w:spacing w:before="100" w:after="40"/>
        <w:ind w:left="0" w:firstLine="0"/>
        <w:jc w:val="left"/>
      </w:pPr>
      <w:r>
        <w:rPr>
          <w:rFonts w:ascii="黑体" w:hAnsi="黑体" w:eastAsia="黑体"/>
          <w:b/>
          <w:sz w:val="21"/>
        </w:rPr>
        <w:t>特别提示（签约前必读）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>1. 乙方为单位时，必须由</w:t>
      </w:r>
      <w:r>
        <w:rPr>
          <w:rFonts w:ascii="宋体" w:hAnsi="宋体" w:eastAsia="宋体"/>
          <w:b/>
          <w:sz w:val="19"/>
        </w:rPr>
        <w:t>法定代表人签字并加盖单位公章</w:t>
      </w:r>
      <w:r>
        <w:rPr>
          <w:rFonts w:ascii="宋体" w:hAnsi="宋体" w:eastAsia="宋体"/>
          <w:b w:val="0"/>
          <w:sz w:val="19"/>
        </w:rPr>
        <w:t>；乙方为自然人时，必须由</w:t>
      </w:r>
      <w:r>
        <w:rPr>
          <w:rFonts w:ascii="宋体" w:hAnsi="宋体" w:eastAsia="宋体"/>
          <w:b/>
          <w:sz w:val="19"/>
        </w:rPr>
        <w:t>本人签字并按指印</w:t>
      </w:r>
      <w:r>
        <w:rPr>
          <w:rFonts w:ascii="宋体" w:hAnsi="宋体" w:eastAsia="宋体"/>
          <w:b w:val="0"/>
          <w:sz w:val="19"/>
        </w:rPr>
        <w:t>。仅盖章未签字、或仅签字未盖章的，甲方有权拒绝接收。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>2. 本合同所有空白处必须在</w:t>
      </w:r>
      <w:r>
        <w:rPr>
          <w:rFonts w:ascii="宋体" w:hAnsi="宋体" w:eastAsia="宋体"/>
          <w:b/>
          <w:sz w:val="19"/>
        </w:rPr>
        <w:t>双方在场时一次性填写完毕</w:t>
      </w:r>
      <w:r>
        <w:rPr>
          <w:rFonts w:ascii="宋体" w:hAnsi="宋体" w:eastAsia="宋体"/>
          <w:b w:val="0"/>
          <w:sz w:val="19"/>
        </w:rPr>
        <w:t>，任何一方不得事后单方添加或涂改。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>3. 乙方应在签约时提供营业执照（或身份证）复印件、法定代表人身份证明、施工人员名单及意外伤害保险单，作为本合同附件。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19"/>
        </w:rPr>
        <w:t>4. 本工程涉及的</w:t>
      </w:r>
      <w:r>
        <w:rPr>
          <w:rFonts w:ascii="宋体" w:hAnsi="宋体" w:eastAsia="宋体"/>
          <w:b/>
          <w:sz w:val="19"/>
        </w:rPr>
        <w:t>结构施工图</w:t>
      </w:r>
      <w:r>
        <w:rPr>
          <w:rFonts w:ascii="宋体" w:hAnsi="宋体" w:eastAsia="宋体"/>
          <w:b w:val="0"/>
          <w:sz w:val="19"/>
        </w:rPr>
        <w:t>是本合同的重要附件，乙方应在开工前提供并经甲方书面确认。</w:t>
      </w:r>
    </w:p>
    <w:p>
      <w:pPr>
        <w:spacing w:before="40" w:after="80"/>
        <w:pBdr>
          <w:bottom w:val="single" w:sz="6" w:color="888888"/>
        </w:pBdr>
      </w:pP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鉴　于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双方曾于 2026 年 9 月 10 日就本工程签署过一份《农村自建房施工合同》及其附件（以下称"原文件"）。因原文件主要条款空白、乙方未完成签署，双方</w:t>
      </w:r>
      <w:r>
        <w:rPr>
          <w:rFonts w:ascii="宋体" w:hAnsi="宋体" w:eastAsia="宋体"/>
          <w:b/>
          <w:sz w:val="21"/>
        </w:rPr>
        <w:t>一致确认原文件未成立生效</w:t>
      </w:r>
      <w:r>
        <w:rPr>
          <w:rFonts w:ascii="宋体" w:hAnsi="宋体" w:eastAsia="宋体"/>
          <w:b w:val="0"/>
          <w:sz w:val="21"/>
        </w:rPr>
        <w:t>。现经双方平等、自愿协商，就本工程重新签订本合同。</w:t>
      </w:r>
    </w:p>
    <w:p>
      <w:pPr>
        <w:spacing w:before="0" w:after="120"/>
        <w:ind w:left="0" w:firstLine="420"/>
        <w:jc w:val="left"/>
      </w:pPr>
      <w:r>
        <w:rPr>
          <w:rFonts w:ascii="宋体" w:hAnsi="宋体" w:eastAsia="宋体"/>
          <w:b/>
          <w:sz w:val="21"/>
        </w:rPr>
        <w:t>本合同签订生效后，原文件（含原合同第 4 页末尾的手写《补条》）全部终止，双方均不得再依据原文件主张任何权利；原文件与本合同不一致的，一律以本合同为准。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第一条　工程概况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1.1　工程地点：四川省成都市温江区和盛镇 ＿＿＿＿＿＿（村/社区）＿＿＿＿＿＿ 号。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1.2　建房类型：农村自建住宅（原址翻建）。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1.3　建筑层数：</w:t>
      </w:r>
      <w:r>
        <w:rPr>
          <w:rFonts w:ascii="宋体" w:hAnsi="宋体" w:eastAsia="宋体"/>
          <w:b/>
          <w:sz w:val="21"/>
        </w:rPr>
        <w:t>2 层</w:t>
      </w:r>
      <w:r>
        <w:rPr>
          <w:rFonts w:ascii="宋体" w:hAnsi="宋体" w:eastAsia="宋体"/>
          <w:b w:val="0"/>
          <w:sz w:val="21"/>
        </w:rPr>
        <w:t>（属《四川省农村住房建设竣工验收管理指导意见》所称「两层及以下农村低层住房」），另设坡屋顶；☐ 含闷顶/阁楼 ☐ 不含。</w:t>
      </w:r>
      <w:r>
        <w:rPr>
          <w:rFonts w:ascii="宋体" w:hAnsi="宋体" w:eastAsia="宋体"/>
          <w:b/>
          <w:sz w:val="21"/>
        </w:rPr>
        <w:t>本工程不含地下室。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1.4　建筑面积：约 </w:t>
      </w:r>
      <w:r>
        <w:rPr>
          <w:rFonts w:ascii="宋体" w:hAnsi="宋体" w:eastAsia="宋体"/>
          <w:b/>
          <w:sz w:val="21"/>
        </w:rPr>
        <w:t>277.2 平方米</w:t>
      </w:r>
      <w:r>
        <w:rPr>
          <w:rFonts w:ascii="宋体" w:hAnsi="宋体" w:eastAsia="宋体"/>
          <w:b w:val="0"/>
          <w:sz w:val="21"/>
        </w:rPr>
        <w:t>，以双方确认的施工图纸为准，最终按第五条据实结算。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1.5　结构形式：砖混结构。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1.6　檐口与围墙：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（1）常规檐口外挑尺寸</w:t>
      </w:r>
      <w:r>
        <w:rPr>
          <w:rFonts w:ascii="宋体" w:hAnsi="宋体" w:eastAsia="宋体"/>
          <w:b/>
          <w:sz w:val="20"/>
        </w:rPr>
        <w:t>不超过 350mm</w:t>
      </w:r>
      <w:r>
        <w:rPr>
          <w:rFonts w:ascii="宋体" w:hAnsi="宋体" w:eastAsia="宋体"/>
          <w:b w:val="0"/>
          <w:sz w:val="20"/>
        </w:rPr>
        <w:t xml:space="preserve">，不另计价；外挑在 </w:t>
      </w:r>
      <w:r>
        <w:rPr>
          <w:rFonts w:ascii="宋体" w:hAnsi="宋体" w:eastAsia="宋体"/>
          <w:b/>
          <w:sz w:val="20"/>
        </w:rPr>
        <w:t>350mm 至 600mm</w:t>
      </w:r>
      <w:r>
        <w:rPr>
          <w:rFonts w:ascii="宋体" w:hAnsi="宋体" w:eastAsia="宋体"/>
          <w:b w:val="0"/>
          <w:sz w:val="20"/>
        </w:rPr>
        <w:t xml:space="preserve"> 之间的，超出 350mm 的部分按 ＿＿＿＿＿＿ 元/延米计价；正面檐口外挑</w:t>
      </w:r>
      <w:r>
        <w:rPr>
          <w:rFonts w:ascii="宋体" w:hAnsi="宋体" w:eastAsia="宋体"/>
          <w:b/>
          <w:sz w:val="20"/>
        </w:rPr>
        <w:t>超过 600mm</w:t>
      </w:r>
      <w:r>
        <w:rPr>
          <w:rFonts w:ascii="宋体" w:hAnsi="宋体" w:eastAsia="宋体"/>
          <w:b w:val="0"/>
          <w:sz w:val="20"/>
        </w:rPr>
        <w:t xml:space="preserve"> 的，须经甲方书面同意后按前述单价据实结算；未经甲方书面同意的，甲方有权要求乙方恢复至 350mm 以内，费用由乙方承担。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（2）顶面围墙高度</w:t>
      </w:r>
      <w:r>
        <w:rPr>
          <w:rFonts w:ascii="宋体" w:hAnsi="宋体" w:eastAsia="宋体"/>
          <w:b/>
          <w:sz w:val="20"/>
        </w:rPr>
        <w:t>不超过 60cm</w:t>
      </w:r>
      <w:r>
        <w:rPr>
          <w:rFonts w:ascii="宋体" w:hAnsi="宋体" w:eastAsia="宋体"/>
          <w:b w:val="0"/>
          <w:sz w:val="20"/>
        </w:rPr>
        <w:t>；超过部分按实际增加工程量另行书面签证计价。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1.7　层高标准：一层 </w:t>
      </w:r>
      <w:r>
        <w:rPr>
          <w:rFonts w:ascii="宋体" w:hAnsi="宋体" w:eastAsia="宋体"/>
          <w:b/>
          <w:sz w:val="21"/>
        </w:rPr>
        <w:t>3.6m</w:t>
      </w:r>
      <w:r>
        <w:rPr>
          <w:rFonts w:ascii="宋体" w:hAnsi="宋体" w:eastAsia="宋体"/>
          <w:b w:val="0"/>
          <w:sz w:val="21"/>
        </w:rPr>
        <w:t xml:space="preserve">，二层 </w:t>
      </w:r>
      <w:r>
        <w:rPr>
          <w:rFonts w:ascii="宋体" w:hAnsi="宋体" w:eastAsia="宋体"/>
          <w:b/>
          <w:sz w:val="21"/>
        </w:rPr>
        <w:t>3.3m</w:t>
      </w:r>
      <w:r>
        <w:rPr>
          <w:rFonts w:ascii="宋体" w:hAnsi="宋体" w:eastAsia="宋体"/>
          <w:b w:val="0"/>
          <w:sz w:val="21"/>
        </w:rPr>
        <w:t>（以图纸标注的结构层高为准）。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1.8　基础：条形基础，基础深度以正负零以下 </w:t>
      </w:r>
      <w:r>
        <w:rPr>
          <w:rFonts w:ascii="宋体" w:hAnsi="宋体" w:eastAsia="宋体"/>
          <w:b/>
          <w:sz w:val="21"/>
        </w:rPr>
        <w:t>1.5m</w:t>
      </w:r>
      <w:r>
        <w:rPr>
          <w:rFonts w:ascii="宋体" w:hAnsi="宋体" w:eastAsia="宋体"/>
          <w:b w:val="0"/>
          <w:sz w:val="21"/>
        </w:rPr>
        <w:t xml:space="preserve"> 为标准；超过 1.5m 的部分按实际增加工程量另行书面签证计价。基础尺寸与配筋以双方确认的</w:t>
      </w:r>
      <w:r>
        <w:rPr>
          <w:rFonts w:ascii="宋体" w:hAnsi="宋体" w:eastAsia="宋体"/>
          <w:b/>
          <w:sz w:val="21"/>
        </w:rPr>
        <w:t>结构施工图</w:t>
      </w:r>
      <w:r>
        <w:rPr>
          <w:rFonts w:ascii="宋体" w:hAnsi="宋体" w:eastAsia="宋体"/>
          <w:b w:val="0"/>
          <w:sz w:val="21"/>
        </w:rPr>
        <w:t>为准。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1.9　施工图纸：☐ 乙方提供　☐ 甲方提供。乙方提供图纸的，应在开工前 </w:t>
      </w:r>
      <w:r>
        <w:rPr>
          <w:rFonts w:ascii="宋体" w:hAnsi="宋体" w:eastAsia="宋体"/>
          <w:b/>
          <w:sz w:val="21"/>
        </w:rPr>
        <w:t>7</w:t>
      </w:r>
      <w:r>
        <w:rPr>
          <w:rFonts w:ascii="宋体" w:hAnsi="宋体" w:eastAsia="宋体"/>
          <w:b w:val="0"/>
          <w:sz w:val="21"/>
        </w:rPr>
        <w:t xml:space="preserve"> 日交付甲方书面确认。图纸应包含：户型图、效果图、建筑施工图、</w:t>
      </w:r>
      <w:r>
        <w:rPr>
          <w:rFonts w:ascii="宋体" w:hAnsi="宋体" w:eastAsia="宋体"/>
          <w:b/>
          <w:sz w:val="21"/>
        </w:rPr>
        <w:t>结构施工图</w:t>
      </w:r>
      <w:r>
        <w:rPr>
          <w:rFonts w:ascii="宋体" w:hAnsi="宋体" w:eastAsia="宋体"/>
          <w:b w:val="0"/>
          <w:sz w:val="21"/>
        </w:rPr>
        <w:t>、水电图；免费修改不少于 ＿＿＿＿＿＿ 次。图纸目录见附件四。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1.10　本工程已办理/应办理的报建、规划等手续：＿＿＿＿＿＿。因本工程未取得必要审批手续导致的责任，由 ☐甲方 ☐乙方 承担。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第二条　承包方式与承包范围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2.1　承包方式：</w:t>
      </w:r>
      <w:r>
        <w:rPr>
          <w:rFonts w:ascii="宋体" w:hAnsi="宋体" w:eastAsia="宋体"/>
          <w:b/>
          <w:sz w:val="21"/>
        </w:rPr>
        <w:t>包工包料</w:t>
      </w:r>
      <w:r>
        <w:rPr>
          <w:rFonts w:ascii="宋体" w:hAnsi="宋体" w:eastAsia="宋体"/>
          <w:b w:val="0"/>
          <w:sz w:val="21"/>
        </w:rPr>
        <w:t>（乙方负责全部材料采购、施工人工、施工机具及现场管理）。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2.2　</w:t>
      </w:r>
      <w:r>
        <w:rPr>
          <w:rFonts w:ascii="宋体" w:hAnsi="宋体" w:eastAsia="宋体"/>
          <w:b/>
          <w:sz w:val="21"/>
        </w:rPr>
        <w:t>承包范围（已包含在本合同价款内）：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（1）原房屋拆除、基础土方开挖与回填；建渣清运 ☐包含 ☐不包含；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（2）条形基础、基础垫层、地圈梁；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（3）主体结构：红砖墙体砌筑、构造柱、圈梁、框架梁、现浇楼板、楼梯；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（4）屋面：坡屋顶结构、天沟、防水层、防水保护层；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（5）内外墙抹灰、内外墙基础装饰、地面与墙面瓷砖铺贴；内墙普通乳胶漆施工；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（6）水电工程及全部材料与人工：给排水管道（日丰灰色管）、强弱电开槽、布管、穿线、配电箱、灯具、开关插座；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（7）门窗、防盗入户门、室内门、栏杆、楼梯扶手；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（8）厨卫洁具、灯具、开关插座、厨卫吊顶；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（9）化粪池（规格 2.8m×1.2m×1.5m，含 10m 污水管；超出 10m 部分按 ＿＿＿＿＿＿ 元/米计价）；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（10）院坝：＿＿＿＿＿＿　（</w:t>
      </w:r>
      <w:r>
        <w:rPr>
          <w:rFonts w:ascii="宋体" w:hAnsi="宋体" w:eastAsia="宋体"/>
          <w:b/>
          <w:sz w:val="20"/>
        </w:rPr>
        <w:t>原手写《补条》第 1 项内容，签约时须逐字确认后填入</w:t>
      </w:r>
      <w:r>
        <w:rPr>
          <w:rFonts w:ascii="宋体" w:hAnsi="宋体" w:eastAsia="宋体"/>
          <w:b w:val="0"/>
          <w:sz w:val="20"/>
        </w:rPr>
        <w:t>）；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（11）围墙：＿＿＿＿＿＿　（</w:t>
      </w:r>
      <w:r>
        <w:rPr>
          <w:rFonts w:ascii="宋体" w:hAnsi="宋体" w:eastAsia="宋体"/>
          <w:b/>
          <w:sz w:val="20"/>
        </w:rPr>
        <w:t>原手写《补条》第 2 项内容，签约时须逐字确认后填入</w:t>
      </w:r>
      <w:r>
        <w:rPr>
          <w:rFonts w:ascii="宋体" w:hAnsi="宋体" w:eastAsia="宋体"/>
          <w:b w:val="0"/>
          <w:sz w:val="20"/>
        </w:rPr>
        <w:t>）；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（12）门及门窗相关：＿＿＿＿＿＿　（</w:t>
      </w:r>
      <w:r>
        <w:rPr>
          <w:rFonts w:ascii="宋体" w:hAnsi="宋体" w:eastAsia="宋体"/>
          <w:b/>
          <w:sz w:val="20"/>
        </w:rPr>
        <w:t>原手写《补条》第 4 项内容，签约时须逐字确认后填入</w:t>
      </w:r>
      <w:r>
        <w:rPr>
          <w:rFonts w:ascii="宋体" w:hAnsi="宋体" w:eastAsia="宋体"/>
          <w:b w:val="0"/>
          <w:sz w:val="20"/>
        </w:rPr>
        <w:t>）；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（13）水电相关：＿＿＿＿＿＿　（</w:t>
      </w:r>
      <w:r>
        <w:rPr>
          <w:rFonts w:ascii="宋体" w:hAnsi="宋体" w:eastAsia="宋体"/>
          <w:b/>
          <w:sz w:val="20"/>
        </w:rPr>
        <w:t>原手写《补条》第 5 项内容，签约时须逐字确认后填入</w:t>
      </w:r>
      <w:r>
        <w:rPr>
          <w:rFonts w:ascii="宋体" w:hAnsi="宋体" w:eastAsia="宋体"/>
          <w:b w:val="0"/>
          <w:sz w:val="20"/>
        </w:rPr>
        <w:t>）；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（14）脚手架、安全网、临电箱等安全文明施工措施；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（15）施工期间的现场清理与竣工清理。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2.3　</w:t>
      </w:r>
      <w:r>
        <w:rPr>
          <w:rFonts w:ascii="宋体" w:hAnsi="宋体" w:eastAsia="宋体"/>
          <w:b/>
          <w:sz w:val="21"/>
        </w:rPr>
        <w:t>不包含项目（须另行书面签证并另行计价）：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（1）吊顶造型、装饰造型、文化石、真石漆、艺术涂料等升级项目；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（2）高档砖、异形砖、外墙升级材料；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（3）宅基地审批、测绘、规划审批、检测费等行政或第三方费用；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（4）因甲方变更设计、增加工程量、提高材料档次产生的费用；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（5）基础加深、地基处理、现场签证增加的工程量；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（6）＿＿＿＿＿＿。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2.4　</w:t>
      </w:r>
      <w:r>
        <w:rPr>
          <w:rFonts w:ascii="宋体" w:hAnsi="宋体" w:eastAsia="宋体"/>
          <w:b/>
          <w:sz w:val="21"/>
        </w:rPr>
        <w:t>特别确认</w:t>
      </w:r>
      <w:r>
        <w:rPr>
          <w:rFonts w:ascii="宋体" w:hAnsi="宋体" w:eastAsia="宋体"/>
          <w:b w:val="0"/>
          <w:sz w:val="21"/>
        </w:rPr>
        <w:t>：本合同价款</w:t>
      </w:r>
      <w:r>
        <w:rPr>
          <w:rFonts w:ascii="宋体" w:hAnsi="宋体" w:eastAsia="宋体"/>
          <w:b/>
          <w:sz w:val="21"/>
        </w:rPr>
        <w:t>已包含</w:t>
      </w:r>
      <w:r>
        <w:rPr>
          <w:rFonts w:ascii="宋体" w:hAnsi="宋体" w:eastAsia="宋体"/>
          <w:b w:val="0"/>
          <w:sz w:val="21"/>
        </w:rPr>
        <w:t>门窗（含防盗入户门、室内门）、栏杆、楼梯扶手、厨卫洁具、灯具、开关插座、厨卫吊顶、乳胶漆、瓷砖（基础款）；</w:t>
      </w:r>
      <w:r>
        <w:rPr>
          <w:rFonts w:ascii="宋体" w:hAnsi="宋体" w:eastAsia="宋体"/>
          <w:b/>
          <w:sz w:val="21"/>
        </w:rPr>
        <w:t>不包含</w:t>
      </w:r>
      <w:r>
        <w:rPr>
          <w:rFonts w:ascii="宋体" w:hAnsi="宋体" w:eastAsia="宋体"/>
          <w:b w:val="0"/>
          <w:sz w:val="21"/>
        </w:rPr>
        <w:t>外墙装饰造型、真石漆、艺术涂料、文化石、吊顶造型等升级项目。原附件《费用范围》中"外墙装饰造型、门窗、室内装修｜包含"的表述</w:t>
      </w:r>
      <w:r>
        <w:rPr>
          <w:rFonts w:ascii="宋体" w:hAnsi="宋体" w:eastAsia="宋体"/>
          <w:b/>
          <w:sz w:val="21"/>
        </w:rPr>
        <w:t>以本条为准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2.5　材料要求：乙方采购的全部材料必须符合附件二《材料清单》约定的品牌、规格、等级，并提供出厂合格证、检测报告。材料进场须经甲方书面（含微信）验收确认后方可使用。不合格材料乙方应无条件退场，费用由乙方承担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第三条　材料与品牌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3.1　主要材料的品牌、规格、型号按附件二、附件三执行。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3.2　附件三《主材报价单》须在签约时填写完整（品牌、型号、规格、单价、数量、小计、合计）。</w:t>
      </w:r>
      <w:r>
        <w:rPr>
          <w:rFonts w:ascii="宋体" w:hAnsi="宋体" w:eastAsia="宋体"/>
          <w:b/>
          <w:sz w:val="21"/>
        </w:rPr>
        <w:t>附件三中未填写的项目，视为已包含在本合同价款内，乙方不得另行收费。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3.3　约定品牌因市场原因无法采购的，乙方应提前书面告知甲方，并提供</w:t>
      </w:r>
      <w:r>
        <w:rPr>
          <w:rFonts w:ascii="宋体" w:hAnsi="宋体" w:eastAsia="宋体"/>
          <w:b/>
          <w:sz w:val="21"/>
        </w:rPr>
        <w:t>不低于原约定档次</w:t>
      </w:r>
      <w:r>
        <w:rPr>
          <w:rFonts w:ascii="宋体" w:hAnsi="宋体" w:eastAsia="宋体"/>
          <w:b w:val="0"/>
          <w:sz w:val="21"/>
        </w:rPr>
        <w:t>、经甲方书面同意的替代品；替代品价格高于原约定的，差价由乙方承担。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第四条　合同价款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4.1　计价方式：按建筑面积计价，单价人民币 ＿＿＿＿＿＿ 元/平方米（大写：＿＿＿＿＿＿）。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4.2　暂定总价：人民币 ＿＿＿＿＿＿ 元（大写：＿＿＿＿＿＿）。计算方式：277.2 平方米 × 单价。最终总价按第五条据实结算。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4.3　上述价款为</w:t>
      </w:r>
      <w:r>
        <w:rPr>
          <w:rFonts w:ascii="宋体" w:hAnsi="宋体" w:eastAsia="宋体"/>
          <w:b/>
          <w:sz w:val="21"/>
        </w:rPr>
        <w:t>包干价</w:t>
      </w:r>
      <w:r>
        <w:rPr>
          <w:rFonts w:ascii="宋体" w:hAnsi="宋体" w:eastAsia="宋体"/>
          <w:b w:val="0"/>
          <w:sz w:val="21"/>
        </w:rPr>
        <w:t>，已包含本合同第二条承包范围内的全部材料费、人工费、机械费、运输费、管理费、安全文明施工费、临时设施费、利润、税金及乙方应承担的一切费用。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4.4　除本合同明确约定的增项情形外，</w:t>
      </w:r>
      <w:r>
        <w:rPr>
          <w:rFonts w:ascii="宋体" w:hAnsi="宋体" w:eastAsia="宋体"/>
          <w:b/>
          <w:sz w:val="21"/>
        </w:rPr>
        <w:t>乙方不得以任何理由要求增加价款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第五条　面积计算与结算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5.1　建筑面积按 ☐《建筑工程建筑面积计算规范》GB/T 50353 ☐双方约定的以下方法计算：＿＿＿＿＿＿。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5.2　双方应在</w:t>
      </w:r>
      <w:r>
        <w:rPr>
          <w:rFonts w:ascii="宋体" w:hAnsi="宋体" w:eastAsia="宋体"/>
          <w:b/>
          <w:sz w:val="21"/>
        </w:rPr>
        <w:t>主体结构封顶后 7 日内</w:t>
      </w:r>
      <w:r>
        <w:rPr>
          <w:rFonts w:ascii="宋体" w:hAnsi="宋体" w:eastAsia="宋体"/>
          <w:b w:val="0"/>
          <w:sz w:val="21"/>
        </w:rPr>
        <w:t>共同实测并签署《面积确认单》，作为结算依据。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5.3　实测面积与第 1.4 条约定的 277.2 平方米相差在 </w:t>
      </w:r>
      <w:r>
        <w:rPr>
          <w:rFonts w:ascii="宋体" w:hAnsi="宋体" w:eastAsia="宋体"/>
          <w:b/>
          <w:sz w:val="21"/>
        </w:rPr>
        <w:t>±3%</w:t>
      </w:r>
      <w:r>
        <w:rPr>
          <w:rFonts w:ascii="宋体" w:hAnsi="宋体" w:eastAsia="宋体"/>
          <w:b w:val="0"/>
          <w:sz w:val="21"/>
        </w:rPr>
        <w:t xml:space="preserve"> 以内的，按 277.2 平方米结算；超出 ±3% 的，按实测面积结算。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5.4　结算总价 ＝ 实测（或确认）面积 × 单价 ＋ 经双方书面签署的增项金额 － 已支付款项。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第六条　付款方式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6.1　付款节点与比例（</w:t>
      </w:r>
      <w:r>
        <w:rPr>
          <w:rFonts w:ascii="宋体" w:hAnsi="宋体" w:eastAsia="宋体"/>
          <w:b/>
          <w:sz w:val="21"/>
        </w:rPr>
        <w:t>均以乙方完成对应节点并经甲方书面（含微信）确认为前提</w:t>
      </w:r>
      <w:r>
        <w:rPr>
          <w:rFonts w:ascii="宋体" w:hAnsi="宋体" w:eastAsia="宋体"/>
          <w:b w:val="0"/>
          <w:sz w:val="21"/>
        </w:rPr>
        <w:t>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510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付款节点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付款比例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累计比例</w:t>
            </w:r>
          </w:p>
        </w:tc>
      </w:tr>
      <w:tr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510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本合同签订并生效后 3 日内（备料款）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30%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30%</w:t>
            </w:r>
          </w:p>
        </w:tc>
      </w:tr>
      <w:tr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510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基础完成并经验收合格后 7 日内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20%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50%</w:t>
            </w:r>
          </w:p>
        </w:tc>
      </w:tr>
      <w:tr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510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主体结构封顶并经验收合格后 7 日内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25%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75%</w:t>
            </w:r>
          </w:p>
        </w:tc>
      </w:tr>
      <w:tr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510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内外墙及瓷砖施工完成、屋面防水完成并经验收合格后 7 日内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15%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90%</w:t>
            </w:r>
          </w:p>
        </w:tc>
      </w:tr>
      <w:tr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510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竣工验收合格后 7 日内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5%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95%</w:t>
            </w:r>
          </w:p>
        </w:tc>
      </w:tr>
      <w:tr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510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质量保证金：竣工验收合格满 12 个月且无质量问题后 7 日内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5%</w:t>
            </w:r>
          </w:p>
        </w:tc>
        <w:tc>
          <w:tcPr>
            <w:tcW w:type="dxa" w:w="147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100%</w:t>
            </w:r>
          </w:p>
        </w:tc>
      </w:tr>
    </w:tbl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6.2　支付方式：银行转账至乙方指定账户（户名：＿＿＿＿＿＿　开户行：＿＿＿＿＿＿　账号：＿＿＿＿＿＿）。以转账凭证为付款依据。</w:t>
      </w:r>
      <w:r>
        <w:rPr>
          <w:rFonts w:ascii="宋体" w:hAnsi="宋体" w:eastAsia="宋体"/>
          <w:b/>
          <w:sz w:val="21"/>
        </w:rPr>
        <w:t>甲方不接受现金支付，乙方不得要求甲方以现金支付。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6.3　乙方应在每次收款前向甲方出具收款收据；累计支付达到 ＿＿＿＿＿＿ 元时，乙方应提供相应发票。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6.4　因本工程产生的税费由 ☐乙方承担 ☐双方依法各自承担。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6.5　乙方未按约定完成节点的，甲方有权拒绝支付对应款项，</w:t>
      </w:r>
      <w:r>
        <w:rPr>
          <w:rFonts w:ascii="宋体" w:hAnsi="宋体" w:eastAsia="宋体"/>
          <w:b/>
          <w:sz w:val="21"/>
        </w:rPr>
        <w:t>且不构成甲方违约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第七条　工期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7.1　开工日期：＿＿＿＿＿＿ 年 ＿＿＿＿＿＿ 月 ＿＿＿＿＿＿ 日；竣工日期：＿＿＿＿＿＿ 年 ＿＿＿＿＿＿ 月 ＿＿＿＿＿＿ 日；总工期 </w:t>
      </w:r>
      <w:r>
        <w:rPr>
          <w:rFonts w:ascii="宋体" w:hAnsi="宋体" w:eastAsia="宋体"/>
          <w:b/>
          <w:sz w:val="21"/>
        </w:rPr>
        <w:t>＿＿＿＿＿＿</w:t>
      </w:r>
      <w:r>
        <w:rPr>
          <w:rFonts w:ascii="宋体" w:hAnsi="宋体" w:eastAsia="宋体"/>
          <w:b w:val="0"/>
          <w:sz w:val="21"/>
        </w:rPr>
        <w:t xml:space="preserve"> 个日历天。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7.2　因下列情形导致停工的，工期可以顺延：</w:t>
      </w:r>
    </w:p>
    <w:p>
      <w:pPr>
        <w:spacing w:before="0" w:after="40"/>
        <w:ind w:left="794" w:firstLine="0"/>
        <w:jc w:val="left"/>
      </w:pPr>
      <w:r>
        <w:rPr>
          <w:rFonts w:ascii="宋体" w:hAnsi="宋体" w:eastAsia="宋体"/>
          <w:b w:val="0"/>
          <w:sz w:val="20"/>
        </w:rPr>
        <w:t>（1）不可抗力；</w:t>
      </w:r>
    </w:p>
    <w:p>
      <w:pPr>
        <w:spacing w:before="0" w:after="40"/>
        <w:ind w:left="794" w:firstLine="0"/>
        <w:jc w:val="left"/>
      </w:pPr>
      <w:r>
        <w:rPr>
          <w:rFonts w:ascii="宋体" w:hAnsi="宋体" w:eastAsia="宋体"/>
          <w:b w:val="0"/>
          <w:sz w:val="20"/>
        </w:rPr>
        <w:t xml:space="preserve">（2）气象部门发布暴雨、大风、高温等预警信号，且实际连续影响施工超过 </w:t>
      </w:r>
      <w:r>
        <w:rPr>
          <w:rFonts w:ascii="宋体" w:hAnsi="宋体" w:eastAsia="宋体"/>
          <w:b/>
          <w:sz w:val="20"/>
        </w:rPr>
        <w:t>8 小时</w:t>
      </w:r>
      <w:r>
        <w:rPr>
          <w:rFonts w:ascii="宋体" w:hAnsi="宋体" w:eastAsia="宋体"/>
          <w:b w:val="0"/>
          <w:sz w:val="20"/>
        </w:rPr>
        <w:t>；</w:t>
      </w:r>
    </w:p>
    <w:p>
      <w:pPr>
        <w:spacing w:before="0" w:after="40"/>
        <w:ind w:left="794" w:firstLine="0"/>
        <w:jc w:val="left"/>
      </w:pPr>
      <w:r>
        <w:rPr>
          <w:rFonts w:ascii="宋体" w:hAnsi="宋体" w:eastAsia="宋体"/>
          <w:b w:val="0"/>
          <w:sz w:val="20"/>
        </w:rPr>
        <w:t>（3）因甲方原因导致的停工（如未按约付款、变更设计）。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7.3　</w:t>
      </w:r>
      <w:r>
        <w:rPr>
          <w:rFonts w:ascii="宋体" w:hAnsi="宋体" w:eastAsia="宋体"/>
          <w:b/>
          <w:sz w:val="21"/>
        </w:rPr>
        <w:t>顺延程序</w:t>
      </w:r>
      <w:r>
        <w:rPr>
          <w:rFonts w:ascii="宋体" w:hAnsi="宋体" w:eastAsia="宋体"/>
          <w:b w:val="0"/>
          <w:sz w:val="21"/>
        </w:rPr>
        <w:t xml:space="preserve">：顺延事由发生后 </w:t>
      </w:r>
      <w:r>
        <w:rPr>
          <w:rFonts w:ascii="宋体" w:hAnsi="宋体" w:eastAsia="宋体"/>
          <w:b/>
          <w:sz w:val="21"/>
        </w:rPr>
        <w:t>3 日</w:t>
      </w:r>
      <w:r>
        <w:rPr>
          <w:rFonts w:ascii="宋体" w:hAnsi="宋体" w:eastAsia="宋体"/>
          <w:b w:val="0"/>
          <w:sz w:val="21"/>
        </w:rPr>
        <w:t>内，乙方须书面向甲方提出并附证明材料，经甲方书面确认后方可顺延。</w:t>
      </w:r>
      <w:r>
        <w:rPr>
          <w:rFonts w:ascii="宋体" w:hAnsi="宋体" w:eastAsia="宋体"/>
          <w:b/>
          <w:sz w:val="21"/>
        </w:rPr>
        <w:t>乙方未在前述期限内书面提出的，视为不顺延。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7.4　</w:t>
      </w:r>
      <w:r>
        <w:rPr>
          <w:rFonts w:ascii="宋体" w:hAnsi="宋体" w:eastAsia="宋体"/>
          <w:b/>
          <w:sz w:val="21"/>
        </w:rPr>
        <w:t>材料采购、材料供应延误、施工人员组织不力、乙方资金不到位，均属乙方自身原因，不得作为顺延事由。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7.5　因乙方自身原因停工的，甲方有权书面催告；乙方在收到催告后 </w:t>
      </w:r>
      <w:r>
        <w:rPr>
          <w:rFonts w:ascii="宋体" w:hAnsi="宋体" w:eastAsia="宋体"/>
          <w:b/>
          <w:sz w:val="21"/>
        </w:rPr>
        <w:t>5 日</w:t>
      </w:r>
      <w:r>
        <w:rPr>
          <w:rFonts w:ascii="宋体" w:hAnsi="宋体" w:eastAsia="宋体"/>
          <w:b w:val="0"/>
          <w:sz w:val="21"/>
        </w:rPr>
        <w:t>内仍未复工的，甲方有权解除合同。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7.6　施工期间的用水、用电由 ☐甲方提供并承担费用 ☐乙方自行解决。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第八条　工程质量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8.1　工程质量应符合国家现行标准、四川省地方规定及本合同附件约定，包括但不限于：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/>
          <w:sz w:val="20"/>
        </w:rPr>
        <w:t xml:space="preserve">　（一）强制性工程建设规范（与其它标准不一致时，以此类规范为准）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55002-2021《建筑与市政工程抗震通用规范》（2022-01-01 实施）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55003-2021《建筑与市政地基基础通用规范》（2022-01-01 实施）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55007-2021《砌体结构通用规范》（2022-01-01 实施）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55030-2022《建筑与市政工程防水通用规范》（2023-04-01 实施）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55031-2022《民用建筑通用规范》（2023-03-01 实施）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55032-2022《建筑与市政工程施工质量控制通用规范》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/>
          <w:sz w:val="20"/>
        </w:rPr>
        <w:t xml:space="preserve">　（二）施工质量验收标准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50202《建筑地基基础工程施工质量验收标准》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50203-2011《砌体结构工程施工质量验收规范》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50204-2015《混凝土结构工程施工质量验收规范》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50207-2012《屋面工程质量验收规范》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50210《建筑装饰装修工程质量验收标准》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50242《建筑给水排水及采暖工程施工质量验收规范》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 50303《建筑电气工程施工质量验收规范》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/>
          <w:sz w:val="20"/>
        </w:rPr>
        <w:t xml:space="preserve">　（三）面积计算与结构检测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GB/T 50353-2013《建筑工程建筑面积计算规范》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GB/T 50344《建筑结构检测技术标准》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/>
          <w:sz w:val="20"/>
        </w:rPr>
        <w:t xml:space="preserve">　（四）四川省地方标准</w:t>
      </w:r>
    </w:p>
    <w:p>
      <w:pPr>
        <w:spacing w:before="0" w:after="40"/>
        <w:ind w:left="539" w:firstLine="0"/>
        <w:jc w:val="left"/>
      </w:pPr>
      <w:r>
        <w:rPr>
          <w:rFonts w:ascii="宋体" w:hAnsi="宋体" w:eastAsia="宋体"/>
          <w:b w:val="0"/>
          <w:sz w:val="19"/>
        </w:rPr>
        <w:t xml:space="preserve">　　· DBJ51/016-2013《四川省农村居住建筑抗震技术规程》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前述标准如有新版，按新版执行；双方确认的施工图设计文件亦为质量验收依据。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8.2　</w:t>
      </w:r>
      <w:r>
        <w:rPr>
          <w:rFonts w:ascii="宋体" w:hAnsi="宋体" w:eastAsia="宋体"/>
          <w:b/>
          <w:sz w:val="21"/>
        </w:rPr>
        <w:t>允许偏差</w:t>
      </w:r>
      <w:r>
        <w:rPr>
          <w:rFonts w:ascii="宋体" w:hAnsi="宋体" w:eastAsia="宋体"/>
          <w:b w:val="0"/>
          <w:sz w:val="21"/>
        </w:rPr>
        <w:t>：柱、梁、墙面的轴线位置、垂直度、表面平整度等，</w:t>
      </w:r>
      <w:r>
        <w:rPr>
          <w:rFonts w:ascii="宋体" w:hAnsi="宋体" w:eastAsia="宋体"/>
          <w:b/>
          <w:sz w:val="21"/>
        </w:rPr>
        <w:t>按 GB 50204、GB 50203 规定的允许偏差执行</w:t>
      </w:r>
      <w:r>
        <w:rPr>
          <w:rFonts w:ascii="宋体" w:hAnsi="宋体" w:eastAsia="宋体"/>
          <w:b w:val="0"/>
          <w:sz w:val="21"/>
        </w:rPr>
        <w:t xml:space="preserve">。同一部位任一项偏差超过规范允许值 </w:t>
      </w:r>
      <w:r>
        <w:rPr>
          <w:rFonts w:ascii="宋体" w:hAnsi="宋体" w:eastAsia="宋体"/>
          <w:b/>
          <w:sz w:val="21"/>
        </w:rPr>
        <w:t>1.5 倍</w:t>
      </w:r>
      <w:r>
        <w:rPr>
          <w:rFonts w:ascii="宋体" w:hAnsi="宋体" w:eastAsia="宋体"/>
          <w:b w:val="0"/>
          <w:sz w:val="21"/>
        </w:rPr>
        <w:t>的，甲方有权要求乙方无偿返工，费用与工期损失由乙方承担。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8.3　</w:t>
      </w:r>
      <w:r>
        <w:rPr>
          <w:rFonts w:ascii="宋体" w:hAnsi="宋体" w:eastAsia="宋体"/>
          <w:b/>
          <w:sz w:val="21"/>
        </w:rPr>
        <w:t>关键工序与隐蔽工程验收：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 xml:space="preserve">（1）下列工序在覆盖或浇筑前，乙方应提前 </w:t>
      </w:r>
      <w:r>
        <w:rPr>
          <w:rFonts w:ascii="宋体" w:hAnsi="宋体" w:eastAsia="宋体"/>
          <w:b/>
          <w:sz w:val="20"/>
        </w:rPr>
        <w:t>24 小时</w:t>
      </w:r>
      <w:r>
        <w:rPr>
          <w:rFonts w:ascii="宋体" w:hAnsi="宋体" w:eastAsia="宋体"/>
          <w:b w:val="0"/>
          <w:sz w:val="20"/>
        </w:rPr>
        <w:t>书面通知甲方验收：基槽验槽、基础垫层、基础钢筋、地圈梁、主体钢筋、构造柱与圈梁浇筑前、现浇板浇筑前、楼梯钢筋、屋面防水层施工前及闭水/淋水试验、管线预埋、化粪池砌筑及防水；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（2）验收合格后由</w:t>
      </w:r>
      <w:r>
        <w:rPr>
          <w:rFonts w:ascii="宋体" w:hAnsi="宋体" w:eastAsia="宋体"/>
          <w:b/>
          <w:sz w:val="20"/>
        </w:rPr>
        <w:t>双方签字并拍照留存</w:t>
      </w:r>
      <w:r>
        <w:rPr>
          <w:rFonts w:ascii="宋体" w:hAnsi="宋体" w:eastAsia="宋体"/>
          <w:b w:val="0"/>
          <w:sz w:val="20"/>
        </w:rPr>
        <w:t>，照片由双方各存一份；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（3）</w:t>
      </w:r>
      <w:r>
        <w:rPr>
          <w:rFonts w:ascii="宋体" w:hAnsi="宋体" w:eastAsia="宋体"/>
          <w:b/>
          <w:sz w:val="20"/>
        </w:rPr>
        <w:t>未经甲方验收即覆盖的</w:t>
      </w:r>
      <w:r>
        <w:rPr>
          <w:rFonts w:ascii="宋体" w:hAnsi="宋体" w:eastAsia="宋体"/>
          <w:b w:val="0"/>
          <w:sz w:val="20"/>
        </w:rPr>
        <w:t>，甲方有权要求剥离复验，费用及工期损失由乙方承担，甲方并有权暂不支付相应工程款；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（4）甲方接到通知后未按时到场验收的，乙方可自行验收并留存影像资料，甲方事后不得以此拒绝确认。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8.4　质量整改：验收发现质量问题的，乙方应在 </w:t>
      </w:r>
      <w:r>
        <w:rPr>
          <w:rFonts w:ascii="宋体" w:hAnsi="宋体" w:eastAsia="宋体"/>
          <w:b/>
          <w:sz w:val="21"/>
        </w:rPr>
        <w:t>15 日</w:t>
      </w:r>
      <w:r>
        <w:rPr>
          <w:rFonts w:ascii="宋体" w:hAnsi="宋体" w:eastAsia="宋体"/>
          <w:b w:val="0"/>
          <w:sz w:val="21"/>
        </w:rPr>
        <w:t xml:space="preserve">内完成整改并报甲方复验；同一质量问题经甲方书面通知 </w:t>
      </w:r>
      <w:r>
        <w:rPr>
          <w:rFonts w:ascii="宋体" w:hAnsi="宋体" w:eastAsia="宋体"/>
          <w:b/>
          <w:sz w:val="21"/>
        </w:rPr>
        <w:t>两次</w:t>
      </w:r>
      <w:r>
        <w:rPr>
          <w:rFonts w:ascii="宋体" w:hAnsi="宋体" w:eastAsia="宋体"/>
          <w:b w:val="0"/>
          <w:sz w:val="21"/>
        </w:rPr>
        <w:t>整改仍不合格的，甲方有权解除合同并要求乙方赔偿。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8.5　乙方</w:t>
      </w:r>
      <w:r>
        <w:rPr>
          <w:rFonts w:ascii="宋体" w:hAnsi="宋体" w:eastAsia="宋体"/>
          <w:b/>
          <w:sz w:val="21"/>
        </w:rPr>
        <w:t>不得擅自变更</w:t>
      </w:r>
      <w:r>
        <w:rPr>
          <w:rFonts w:ascii="宋体" w:hAnsi="宋体" w:eastAsia="宋体"/>
          <w:b w:val="0"/>
          <w:sz w:val="21"/>
        </w:rPr>
        <w:t>结构构件的尺寸、配筋与混凝土强度等级。确需变更的，须经设计单位确认并经甲方书面同意。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第九条　工程变更与增项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9.1　</w:t>
      </w:r>
      <w:r>
        <w:rPr>
          <w:rFonts w:ascii="宋体" w:hAnsi="宋体" w:eastAsia="宋体"/>
          <w:b/>
          <w:sz w:val="21"/>
        </w:rPr>
        <w:t>变更单制度</w:t>
      </w:r>
      <w:r>
        <w:rPr>
          <w:rFonts w:ascii="宋体" w:hAnsi="宋体" w:eastAsia="宋体"/>
          <w:b w:val="0"/>
          <w:sz w:val="21"/>
        </w:rPr>
        <w:t>：任何增项、变更（包括基础加深、层高超标、檐口、围墙、院坝、材料升级、设计变更、现场签证等），均须由双方共同签署书面《工程变更单》（格式见附件五），写明项目名称、工程量、单价、金额及对工期的影响，</w:t>
      </w:r>
      <w:r>
        <w:rPr>
          <w:rFonts w:ascii="宋体" w:hAnsi="宋体" w:eastAsia="宋体"/>
          <w:b/>
          <w:sz w:val="21"/>
        </w:rPr>
        <w:t>双方签字后生效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9.2　</w:t>
      </w:r>
      <w:r>
        <w:rPr>
          <w:rFonts w:ascii="宋体" w:hAnsi="宋体" w:eastAsia="宋体"/>
          <w:b/>
          <w:sz w:val="21"/>
        </w:rPr>
        <w:t>未经双方书面签署《工程变更单》的增项，甲方不予认可、不予结算</w:t>
      </w:r>
      <w:r>
        <w:rPr>
          <w:rFonts w:ascii="宋体" w:hAnsi="宋体" w:eastAsia="宋体"/>
          <w:b w:val="0"/>
          <w:sz w:val="21"/>
        </w:rPr>
        <w:t>；乙方不得以此停工或拒绝交付。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9.3　增项单价按下列顺序确定：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（1）本合同附件已列明的单价；（2）双方参照签约时成都市温江区同类工程市场价协商确定；（3）协商不成的，委托双方共同认可的第三方造价咨询机构核定，费用由双方各半承担。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9.4　单笔增项金额超过人民币 ＿＿＿＿＿＿ 元，或全部增项累计超过合同总价 </w:t>
      </w:r>
      <w:r>
        <w:rPr>
          <w:rFonts w:ascii="宋体" w:hAnsi="宋体" w:eastAsia="宋体"/>
          <w:b/>
          <w:sz w:val="21"/>
        </w:rPr>
        <w:t>5%</w:t>
      </w:r>
      <w:r>
        <w:rPr>
          <w:rFonts w:ascii="宋体" w:hAnsi="宋体" w:eastAsia="宋体"/>
          <w:b w:val="0"/>
          <w:sz w:val="21"/>
        </w:rPr>
        <w:t xml:space="preserve"> 的，须经甲方书面同意后方可施工。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9.5　</w:t>
      </w:r>
      <w:r>
        <w:rPr>
          <w:rFonts w:ascii="宋体" w:hAnsi="宋体" w:eastAsia="宋体"/>
          <w:b/>
          <w:sz w:val="21"/>
        </w:rPr>
        <w:t>严禁以手写方式在合同文本上追加条款。</w:t>
      </w:r>
      <w:r>
        <w:rPr>
          <w:rFonts w:ascii="宋体" w:hAnsi="宋体" w:eastAsia="宋体"/>
          <w:b w:val="0"/>
          <w:sz w:val="21"/>
        </w:rPr>
        <w:t>任何手写内容未经双方在该处共同签字并注明日期的，不发生效力。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第十条　安全责任与保险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10.1　乙方应对施工现场的安全生产负全部责任，做好安全防护、临电保护、材料堆放与现场清洁，关键工序留存影像资料。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10.2　乙方应在</w:t>
      </w:r>
      <w:r>
        <w:rPr>
          <w:rFonts w:ascii="宋体" w:hAnsi="宋体" w:eastAsia="宋体"/>
          <w:b/>
          <w:sz w:val="21"/>
        </w:rPr>
        <w:t>开工前</w:t>
      </w:r>
      <w:r>
        <w:rPr>
          <w:rFonts w:ascii="宋体" w:hAnsi="宋体" w:eastAsia="宋体"/>
          <w:b w:val="0"/>
          <w:sz w:val="21"/>
        </w:rPr>
        <w:t>为全部施工人员投保建筑工程团体意外伤害保险，</w:t>
      </w:r>
      <w:r>
        <w:rPr>
          <w:rFonts w:ascii="宋体" w:hAnsi="宋体" w:eastAsia="宋体"/>
          <w:b/>
          <w:sz w:val="21"/>
        </w:rPr>
        <w:t>每人保额不低于人民币 ＿＿＿＿＿＿ 万元</w:t>
      </w:r>
      <w:r>
        <w:rPr>
          <w:rFonts w:ascii="宋体" w:hAnsi="宋体" w:eastAsia="宋体"/>
          <w:b w:val="0"/>
          <w:sz w:val="21"/>
        </w:rPr>
        <w:t>，并在开工前将保单复印件交甲方备存；保险期间应覆盖全部施工期间。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10.3　</w:t>
      </w:r>
      <w:r>
        <w:rPr>
          <w:rFonts w:ascii="宋体" w:hAnsi="宋体" w:eastAsia="宋体"/>
          <w:b/>
          <w:sz w:val="21"/>
        </w:rPr>
        <w:t>乙方不得将本工程转包或分包</w:t>
      </w:r>
      <w:r>
        <w:rPr>
          <w:rFonts w:ascii="宋体" w:hAnsi="宋体" w:eastAsia="宋体"/>
          <w:b w:val="0"/>
          <w:sz w:val="21"/>
        </w:rPr>
        <w:t>；确需分包的，须经甲方书面同意，并由乙方对分包方及其人员的行为、安全承担</w:t>
      </w:r>
      <w:r>
        <w:rPr>
          <w:rFonts w:ascii="宋体" w:hAnsi="宋体" w:eastAsia="宋体"/>
          <w:b/>
          <w:sz w:val="21"/>
        </w:rPr>
        <w:t>连带责任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10.4　因乙方及其人员、分包方及其人员发生人身损害的，由乙方承担全部责任。</w:t>
      </w:r>
      <w:r>
        <w:rPr>
          <w:rFonts w:ascii="宋体" w:hAnsi="宋体" w:eastAsia="宋体"/>
          <w:b/>
          <w:sz w:val="21"/>
        </w:rPr>
        <w:t>甲方因此被第三方追责、索赔或处罚的，乙方应赔偿甲方全部损失（包括但不限于赔偿款、律师费、诉讼费、鉴定费）。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10.5　因施工造成第三人（含相邻房屋、村道、公共管线等）损害的，由乙方承担全部责任并负责修复、赔偿。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10.6　乙方及其人员与甲方之间不构成劳动关系或劳务关系，乙方应依法支付其人员工资。</w:t>
      </w:r>
      <w:r>
        <w:rPr>
          <w:rFonts w:ascii="宋体" w:hAnsi="宋体" w:eastAsia="宋体"/>
          <w:b/>
          <w:sz w:val="21"/>
        </w:rPr>
        <w:t>因乙方拖欠工资导致其人员向甲方主张权利的，乙方应承担全部责任并赔偿甲方损失。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第十一条　竣工验收与资料移交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11.1　工程完成后，乙方应书面通知甲方验收。甲方应在接到通知后 </w:t>
      </w:r>
      <w:r>
        <w:rPr>
          <w:rFonts w:ascii="宋体" w:hAnsi="宋体" w:eastAsia="宋体"/>
          <w:b/>
          <w:sz w:val="21"/>
        </w:rPr>
        <w:t>7 日</w:t>
      </w:r>
      <w:r>
        <w:rPr>
          <w:rFonts w:ascii="宋体" w:hAnsi="宋体" w:eastAsia="宋体"/>
          <w:b w:val="0"/>
          <w:sz w:val="21"/>
        </w:rPr>
        <w:t>内组织验收。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11.2　</w:t>
      </w:r>
      <w:r>
        <w:rPr>
          <w:rFonts w:ascii="宋体" w:hAnsi="宋体" w:eastAsia="宋体"/>
          <w:b/>
          <w:sz w:val="21"/>
        </w:rPr>
        <w:t>甲方逾期未组织验收的，不视为验收合格</w:t>
      </w:r>
      <w:r>
        <w:rPr>
          <w:rFonts w:ascii="宋体" w:hAnsi="宋体" w:eastAsia="宋体"/>
          <w:b w:val="0"/>
          <w:sz w:val="21"/>
        </w:rPr>
        <w:t>；甲方实际使用房屋的，</w:t>
      </w:r>
      <w:r>
        <w:rPr>
          <w:rFonts w:ascii="宋体" w:hAnsi="宋体" w:eastAsia="宋体"/>
          <w:b/>
          <w:sz w:val="21"/>
        </w:rPr>
        <w:t>不免除</w:t>
      </w:r>
      <w:r>
        <w:rPr>
          <w:rFonts w:ascii="宋体" w:hAnsi="宋体" w:eastAsia="宋体"/>
          <w:b w:val="0"/>
          <w:sz w:val="21"/>
        </w:rPr>
        <w:t>乙方对地基基础、主体结构、屋面防水、给排水与电气工程的保修责任。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11.3　验收合格的，双方签署《竣工验收单》，验收合格之日为竣工日期。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11.4　乙方应在竣工验收合格后 </w:t>
      </w:r>
      <w:r>
        <w:rPr>
          <w:rFonts w:ascii="宋体" w:hAnsi="宋体" w:eastAsia="宋体"/>
          <w:b/>
          <w:sz w:val="21"/>
        </w:rPr>
        <w:t>7 日</w:t>
      </w:r>
      <w:r>
        <w:rPr>
          <w:rFonts w:ascii="宋体" w:hAnsi="宋体" w:eastAsia="宋体"/>
          <w:b w:val="0"/>
          <w:sz w:val="21"/>
        </w:rPr>
        <w:t>内，向甲方移交下列资料（清单见附件七）：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（1）施工图纸、竣工图；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（2）主要材料的合格证、检测报告、进场验收记录；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（3）隐蔽工程验收记录及影像资料；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（4）混凝土、砂浆试块报告，防水工程验收记录；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（5）</w:t>
      </w:r>
      <w:r>
        <w:rPr>
          <w:rFonts w:ascii="宋体" w:hAnsi="宋体" w:eastAsia="宋体"/>
          <w:b/>
          <w:sz w:val="20"/>
        </w:rPr>
        <w:t>水电管线的走向图（隐蔽管线图）</w:t>
      </w:r>
      <w:r>
        <w:rPr>
          <w:rFonts w:ascii="宋体" w:hAnsi="宋体" w:eastAsia="宋体"/>
          <w:b w:val="0"/>
          <w:sz w:val="20"/>
        </w:rPr>
        <w:t>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（6）保险单复印件。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11.5　</w:t>
      </w:r>
      <w:r>
        <w:rPr>
          <w:rFonts w:ascii="宋体" w:hAnsi="宋体" w:eastAsia="宋体"/>
          <w:b/>
          <w:sz w:val="21"/>
        </w:rPr>
        <w:t>乙方逾期未移交前述资料的，甲方有权暂缓支付 5% 质量保证金，直至资料移交完毕。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11.6　</w:t>
      </w:r>
      <w:r>
        <w:rPr>
          <w:rFonts w:ascii="宋体" w:hAnsi="宋体" w:eastAsia="宋体"/>
          <w:b/>
          <w:sz w:val="21"/>
        </w:rPr>
        <w:t>本工程为两层农村低层住房，竣工验收应同时遵守四川省现行规定</w:t>
      </w:r>
      <w:r>
        <w:rPr>
          <w:rFonts w:ascii="宋体" w:hAnsi="宋体" w:eastAsia="宋体"/>
          <w:b w:val="0"/>
          <w:sz w:val="21"/>
        </w:rPr>
        <w:t>，包括但不限于：《四川省农村住房建设管理办法》（四川省人民政府令第 362 号）、《四川省农村住房建设竣工验收管理指导意见》（川建行规〔2025〕17 号）、《住房城乡建设部等 5 部门关于加强农村房屋建设管理的指导意见》（建村规〔2024〕4 号）。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11.7　</w:t>
      </w:r>
      <w:r>
        <w:rPr>
          <w:rFonts w:ascii="宋体" w:hAnsi="宋体" w:eastAsia="宋体"/>
          <w:b/>
          <w:sz w:val="21"/>
        </w:rPr>
        <w:t>验收组织</w:t>
      </w:r>
      <w:r>
        <w:rPr>
          <w:rFonts w:ascii="宋体" w:hAnsi="宋体" w:eastAsia="宋体"/>
          <w:b w:val="0"/>
          <w:sz w:val="21"/>
        </w:rPr>
        <w:t>：甲方应会同乙方等组成验收组，并可邀请专业技术人员、村民委员会参加。甲方应</w:t>
      </w:r>
      <w:r>
        <w:rPr>
          <w:rFonts w:ascii="宋体" w:hAnsi="宋体" w:eastAsia="宋体"/>
          <w:b/>
          <w:sz w:val="21"/>
        </w:rPr>
        <w:t>提前 7 天</w:t>
      </w:r>
      <w:r>
        <w:rPr>
          <w:rFonts w:ascii="宋体" w:hAnsi="宋体" w:eastAsia="宋体"/>
          <w:b w:val="0"/>
          <w:sz w:val="21"/>
        </w:rPr>
        <w:t>将竣工验收时间、地点、验收组成员名单告知工程所在地乡镇人民政府；乙方应配合提供施工记录、隐蔽验收记录及影像资料。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11.8　</w:t>
      </w:r>
      <w:r>
        <w:rPr>
          <w:rFonts w:ascii="宋体" w:hAnsi="宋体" w:eastAsia="宋体"/>
          <w:b/>
          <w:sz w:val="21"/>
        </w:rPr>
        <w:t>保修书与归档</w:t>
      </w:r>
      <w:r>
        <w:rPr>
          <w:rFonts w:ascii="宋体" w:hAnsi="宋体" w:eastAsia="宋体"/>
          <w:b w:val="0"/>
          <w:sz w:val="21"/>
        </w:rPr>
        <w:t>：竣工验收合格后，双方应共同签署《四川省新建农村住房质量保修书》（见附件十）；甲方应在验收合格后 90 日内将施工记录、影像记录、竣工验收资料报乡镇人民政府存档，</w:t>
      </w:r>
      <w:r>
        <w:rPr>
          <w:rFonts w:ascii="宋体" w:hAnsi="宋体" w:eastAsia="宋体"/>
          <w:b/>
          <w:sz w:val="21"/>
        </w:rPr>
        <w:t>乙方应无偿配合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11.9　</w:t>
      </w:r>
      <w:r>
        <w:rPr>
          <w:rFonts w:ascii="宋体" w:hAnsi="宋体" w:eastAsia="宋体"/>
          <w:b/>
          <w:sz w:val="21"/>
        </w:rPr>
        <w:t>未经验收或验收不合格的，本工程不得投入使用。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第十二条　质量保修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12.1　保修期（自竣工验收合格之日起计算）：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保修项目</w:t>
            </w:r>
          </w:p>
        </w:tc>
        <w:tc>
          <w:tcPr>
            <w:tcW w:type="dxa" w:w="425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保修期</w:t>
            </w:r>
          </w:p>
        </w:tc>
      </w:tr>
      <w:tr>
        <w:tc>
          <w:tcPr>
            <w:tcW w:type="dxa" w:w="4535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地基基础工程和主体结构工程</w:t>
            </w:r>
          </w:p>
        </w:tc>
        <w:tc>
          <w:tcPr>
            <w:tcW w:type="dxa" w:w="425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设计文件规定的该工程合理使用年限，</w:t>
            </w:r>
            <w:r>
              <w:rPr>
                <w:rFonts w:ascii="宋体" w:hAnsi="宋体" w:eastAsia="宋体"/>
                <w:b/>
                <w:sz w:val="19"/>
              </w:rPr>
              <w:t>且不少于 50 年</w:t>
            </w:r>
          </w:p>
        </w:tc>
      </w:tr>
      <w:tr>
        <w:tc>
          <w:tcPr>
            <w:tcW w:type="dxa" w:w="4535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屋面防水工程、有防水要求的卫生间、外墙面防渗漏</w:t>
            </w:r>
          </w:p>
        </w:tc>
        <w:tc>
          <w:tcPr>
            <w:tcW w:type="dxa" w:w="425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5 年</w:t>
            </w:r>
          </w:p>
        </w:tc>
      </w:tr>
      <w:tr>
        <w:tc>
          <w:tcPr>
            <w:tcW w:type="dxa" w:w="4535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装饰装修工程</w:t>
            </w:r>
          </w:p>
        </w:tc>
        <w:tc>
          <w:tcPr>
            <w:tcW w:type="dxa" w:w="425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24 个月</w:t>
            </w:r>
          </w:p>
        </w:tc>
      </w:tr>
      <w:tr>
        <w:tc>
          <w:tcPr>
            <w:tcW w:type="dxa" w:w="4535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给排水管道、电气管线、设备安装</w:t>
            </w:r>
          </w:p>
        </w:tc>
        <w:tc>
          <w:tcPr>
            <w:tcW w:type="dxa" w:w="4252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24 个月</w:t>
            </w:r>
          </w:p>
        </w:tc>
      </w:tr>
    </w:tbl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12.2　</w:t>
      </w:r>
      <w:r>
        <w:rPr>
          <w:rFonts w:ascii="宋体" w:hAnsi="宋体" w:eastAsia="宋体"/>
          <w:b/>
          <w:sz w:val="21"/>
        </w:rPr>
        <w:t>因乙方施工质量原因（包括但不限于基础处理不当、基槽未验、垫层不足、埋深不够、地基未处理、回填夯实不到位、构造柱与圈梁未按图设置）导致房屋不均匀沉降、墙体开裂、渗漏的，由乙方负责无偿修复并赔偿甲方全部损失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12.3　</w:t>
      </w:r>
      <w:r>
        <w:rPr>
          <w:rFonts w:ascii="宋体" w:hAnsi="宋体" w:eastAsia="宋体"/>
          <w:b/>
          <w:sz w:val="21"/>
        </w:rPr>
        <w:t>乙方不得以"地质沉降""自然灾害"为由免除本条责任</w:t>
      </w:r>
      <w:r>
        <w:rPr>
          <w:rFonts w:ascii="宋体" w:hAnsi="宋体" w:eastAsia="宋体"/>
          <w:b w:val="0"/>
          <w:sz w:val="21"/>
        </w:rPr>
        <w:t>；仅在乙方能够举证证明损害</w:t>
      </w:r>
      <w:r>
        <w:rPr>
          <w:rFonts w:ascii="宋体" w:hAnsi="宋体" w:eastAsia="宋体"/>
          <w:b/>
          <w:sz w:val="21"/>
        </w:rPr>
        <w:t>完全</w:t>
      </w:r>
      <w:r>
        <w:rPr>
          <w:rFonts w:ascii="宋体" w:hAnsi="宋体" w:eastAsia="宋体"/>
          <w:b w:val="0"/>
          <w:sz w:val="21"/>
        </w:rPr>
        <w:t>由不可抗力（地震、滑坡、泥石流等）造成时，方可免责。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12.4　保修期内出现质量问题，甲方通知乙方后，乙方应在 </w:t>
      </w:r>
      <w:r>
        <w:rPr>
          <w:rFonts w:ascii="宋体" w:hAnsi="宋体" w:eastAsia="宋体"/>
          <w:b/>
          <w:sz w:val="21"/>
        </w:rPr>
        <w:t>48 小时</w:t>
      </w:r>
      <w:r>
        <w:rPr>
          <w:rFonts w:ascii="宋体" w:hAnsi="宋体" w:eastAsia="宋体"/>
          <w:b w:val="0"/>
          <w:sz w:val="21"/>
        </w:rPr>
        <w:t>内到场、</w:t>
      </w:r>
      <w:r>
        <w:rPr>
          <w:rFonts w:ascii="宋体" w:hAnsi="宋体" w:eastAsia="宋体"/>
          <w:b/>
          <w:sz w:val="21"/>
        </w:rPr>
        <w:t>7 日</w:t>
      </w:r>
      <w:r>
        <w:rPr>
          <w:rFonts w:ascii="宋体" w:hAnsi="宋体" w:eastAsia="宋体"/>
          <w:b w:val="0"/>
          <w:sz w:val="21"/>
        </w:rPr>
        <w:t>内修复完毕（重大质量问题可另行约定期限）。乙方逾期不处理的，甲方有权自行或委托第三方修复，费用从质量保证金中扣除，不足部分由乙方补足。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12.5　因甲方使用不当、第三方施工破坏、甲方自行改动造成的问题，不属于乙方保修范围。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12.6　双方应签署《四川省新建农村住房质量保修书》（见附件十）作为本合同附件；该保修书约定的保修范围与期限</w:t>
      </w:r>
      <w:r>
        <w:rPr>
          <w:rFonts w:ascii="宋体" w:hAnsi="宋体" w:eastAsia="宋体"/>
          <w:b/>
          <w:sz w:val="21"/>
        </w:rPr>
        <w:t>不得低于</w:t>
      </w:r>
      <w:r>
        <w:rPr>
          <w:rFonts w:ascii="宋体" w:hAnsi="宋体" w:eastAsia="宋体"/>
          <w:b w:val="0"/>
          <w:sz w:val="21"/>
        </w:rPr>
        <w:t>本合同第十二条的约定。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第十三条　保　证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13.1　</w:t>
      </w:r>
      <w:r>
        <w:rPr>
          <w:rFonts w:ascii="宋体" w:hAnsi="宋体" w:eastAsia="宋体"/>
          <w:b/>
          <w:sz w:val="21"/>
        </w:rPr>
        <w:t>乙方为单位时</w:t>
      </w:r>
      <w:r>
        <w:rPr>
          <w:rFonts w:ascii="宋体" w:hAnsi="宋体" w:eastAsia="宋体"/>
          <w:b w:val="0"/>
          <w:sz w:val="21"/>
        </w:rPr>
        <w:t xml:space="preserve">：保证人 </w:t>
      </w:r>
      <w:r>
        <w:rPr>
          <w:rFonts w:ascii="宋体" w:hAnsi="宋体" w:eastAsia="宋体"/>
          <w:b/>
          <w:sz w:val="21"/>
        </w:rPr>
        <w:t>江剑凯</w:t>
      </w:r>
      <w:r>
        <w:rPr>
          <w:rFonts w:ascii="宋体" w:hAnsi="宋体" w:eastAsia="宋体"/>
          <w:b w:val="0"/>
          <w:sz w:val="21"/>
        </w:rPr>
        <w:t>（身份证号：＿＿＿＿＿＿，电话：13258212263）自愿就乙方在本合同项下的</w:t>
      </w:r>
      <w:r>
        <w:rPr>
          <w:rFonts w:ascii="宋体" w:hAnsi="宋体" w:eastAsia="宋体"/>
          <w:b/>
          <w:sz w:val="21"/>
        </w:rPr>
        <w:t>全部义务</w:t>
      </w:r>
      <w:r>
        <w:rPr>
          <w:rFonts w:ascii="宋体" w:hAnsi="宋体" w:eastAsia="宋体"/>
          <w:b w:val="0"/>
          <w:sz w:val="21"/>
        </w:rPr>
        <w:t>（包括但不限于施工义务、质量保修义务、违约金、赔偿金及甲方为实现权利支出的费用）向甲方承担</w:t>
      </w:r>
      <w:r>
        <w:rPr>
          <w:rFonts w:ascii="宋体" w:hAnsi="宋体" w:eastAsia="宋体"/>
          <w:b/>
          <w:sz w:val="21"/>
        </w:rPr>
        <w:t>连带责任保证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13.2　保证期间为</w:t>
      </w:r>
      <w:r>
        <w:rPr>
          <w:rFonts w:ascii="宋体" w:hAnsi="宋体" w:eastAsia="宋体"/>
          <w:b/>
          <w:sz w:val="21"/>
        </w:rPr>
        <w:t>本合同约定的全部义务履行完毕之日起二年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13.3　甲方有权直接要求保证人履行，无需先向乙方主张。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13.4　</w:t>
      </w:r>
      <w:r>
        <w:rPr>
          <w:rFonts w:ascii="宋体" w:hAnsi="宋体" w:eastAsia="宋体"/>
          <w:b/>
          <w:sz w:val="21"/>
        </w:rPr>
        <w:t>乙方为自然人时</w:t>
      </w:r>
      <w:r>
        <w:rPr>
          <w:rFonts w:ascii="宋体" w:hAnsi="宋体" w:eastAsia="宋体"/>
          <w:b w:val="0"/>
          <w:sz w:val="21"/>
        </w:rPr>
        <w:t>：本条不适用；但乙方应提供身份证原件供核验并留存复印件，其配偶（如已婚）应在本合同乙方处共同签字确认。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第十四条　违约责任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14.1　乙方无正当理由逾期竣工的，每逾期一日按</w:t>
      </w:r>
      <w:r>
        <w:rPr>
          <w:rFonts w:ascii="宋体" w:hAnsi="宋体" w:eastAsia="宋体"/>
          <w:b/>
          <w:sz w:val="21"/>
        </w:rPr>
        <w:t>合同总价的 0.05%</w:t>
      </w:r>
      <w:r>
        <w:rPr>
          <w:rFonts w:ascii="宋体" w:hAnsi="宋体" w:eastAsia="宋体"/>
          <w:b w:val="0"/>
          <w:sz w:val="21"/>
        </w:rPr>
        <w:t xml:space="preserve"> 向甲方支付违约金；逾期超过 </w:t>
      </w:r>
      <w:r>
        <w:rPr>
          <w:rFonts w:ascii="宋体" w:hAnsi="宋体" w:eastAsia="宋体"/>
          <w:b/>
          <w:sz w:val="21"/>
        </w:rPr>
        <w:t>30 日</w:t>
      </w:r>
      <w:r>
        <w:rPr>
          <w:rFonts w:ascii="宋体" w:hAnsi="宋体" w:eastAsia="宋体"/>
          <w:b w:val="0"/>
          <w:sz w:val="21"/>
        </w:rPr>
        <w:t>的，甲方有权解除合同，乙方除支付违约金外，还应赔偿甲方因此产生的全部损失（包括另行委托他人施工的差价等）。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14.2　甲方逾期付款的，每逾期一日按</w:t>
      </w:r>
      <w:r>
        <w:rPr>
          <w:rFonts w:ascii="宋体" w:hAnsi="宋体" w:eastAsia="宋体"/>
          <w:b/>
          <w:sz w:val="21"/>
        </w:rPr>
        <w:t>逾期金额的 0.05%</w:t>
      </w:r>
      <w:r>
        <w:rPr>
          <w:rFonts w:ascii="宋体" w:hAnsi="宋体" w:eastAsia="宋体"/>
          <w:b w:val="0"/>
          <w:sz w:val="21"/>
        </w:rPr>
        <w:t xml:space="preserve"> 向乙方支付违约金；逾期超过 </w:t>
      </w:r>
      <w:r>
        <w:rPr>
          <w:rFonts w:ascii="宋体" w:hAnsi="宋体" w:eastAsia="宋体"/>
          <w:b/>
          <w:sz w:val="21"/>
        </w:rPr>
        <w:t>30 日</w:t>
      </w:r>
      <w:r>
        <w:rPr>
          <w:rFonts w:ascii="宋体" w:hAnsi="宋体" w:eastAsia="宋体"/>
          <w:b w:val="0"/>
          <w:sz w:val="21"/>
        </w:rPr>
        <w:t>的，乙方有权暂停施工，工期相应顺延。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14.3　甲方逾期付款违约金累计不超过合同总价的 </w:t>
      </w:r>
      <w:r>
        <w:rPr>
          <w:rFonts w:ascii="宋体" w:hAnsi="宋体" w:eastAsia="宋体"/>
          <w:b/>
          <w:sz w:val="21"/>
        </w:rPr>
        <w:t>10%</w:t>
      </w:r>
      <w:r>
        <w:rPr>
          <w:rFonts w:ascii="宋体" w:hAnsi="宋体" w:eastAsia="宋体"/>
          <w:b w:val="0"/>
          <w:sz w:val="21"/>
        </w:rPr>
        <w:t xml:space="preserve">；乙方逾期竣工违约金累计不超过合同总价的 </w:t>
      </w:r>
      <w:r>
        <w:rPr>
          <w:rFonts w:ascii="宋体" w:hAnsi="宋体" w:eastAsia="宋体"/>
          <w:b/>
          <w:sz w:val="21"/>
        </w:rPr>
        <w:t>20%</w:t>
      </w:r>
      <w:r>
        <w:rPr>
          <w:rFonts w:ascii="宋体" w:hAnsi="宋体" w:eastAsia="宋体"/>
          <w:b w:val="0"/>
          <w:sz w:val="21"/>
        </w:rPr>
        <w:t>。违约金不足以弥补守约方实际损失的，违约方应补足差额。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14.4　</w:t>
      </w:r>
      <w:r>
        <w:rPr>
          <w:rFonts w:ascii="宋体" w:hAnsi="宋体" w:eastAsia="宋体"/>
          <w:b/>
          <w:sz w:val="21"/>
        </w:rPr>
        <w:t>甲方的约定解除权</w:t>
      </w:r>
      <w:r>
        <w:rPr>
          <w:rFonts w:ascii="宋体" w:hAnsi="宋体" w:eastAsia="宋体"/>
          <w:b w:val="0"/>
          <w:sz w:val="21"/>
        </w:rPr>
        <w:t>：发生下列情形之一的，甲方有权书面通知乙方解除本合同，乙方应赔偿甲方全部损失：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（1）主体结构或防水工程经有资质机构检测不合格，且乙方拒绝或无法修复的；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（2）同一质量问题经甲方书面通知后两次整改仍不合格的；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（3）乙方无正当理由停工连续超过 15 日，或累计超过 30 日的；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（4）乙方擅自转包或分包的；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（5）乙方未按约定投保，或未按约定移交竣工资料的；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（6）乙方擅自变更结构构件尺寸、配筋或混凝土强度等级的。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14.5　甲方依据本条解除合同的，已完成且合格部分的工程款按实结算；乙方应在解除通知送达后 </w:t>
      </w:r>
      <w:r>
        <w:rPr>
          <w:rFonts w:ascii="宋体" w:hAnsi="宋体" w:eastAsia="宋体"/>
          <w:b/>
          <w:sz w:val="21"/>
        </w:rPr>
        <w:t>7 日</w:t>
      </w:r>
      <w:r>
        <w:rPr>
          <w:rFonts w:ascii="宋体" w:hAnsi="宋体" w:eastAsia="宋体"/>
          <w:b w:val="0"/>
          <w:sz w:val="21"/>
        </w:rPr>
        <w:t>内撤场并移交全部资料；乙方拒不撤场的，甲方有权自行清场，费用由乙方承担。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14.6　任何一方为实现本合同权利支出的</w:t>
      </w:r>
      <w:r>
        <w:rPr>
          <w:rFonts w:ascii="宋体" w:hAnsi="宋体" w:eastAsia="宋体"/>
          <w:b/>
          <w:sz w:val="21"/>
        </w:rPr>
        <w:t>律师费、诉讼费、保全费、鉴定费、公证费</w:t>
      </w:r>
      <w:r>
        <w:rPr>
          <w:rFonts w:ascii="宋体" w:hAnsi="宋体" w:eastAsia="宋体"/>
          <w:b w:val="0"/>
          <w:sz w:val="21"/>
        </w:rPr>
        <w:t>，由违约方承担。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第十五条　不可抗力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15.1　因不可抗力致使合同无法履行的，双方应及时协商处理；受影响一方应在 </w:t>
      </w:r>
      <w:r>
        <w:rPr>
          <w:rFonts w:ascii="宋体" w:hAnsi="宋体" w:eastAsia="宋体"/>
          <w:b/>
          <w:sz w:val="21"/>
        </w:rPr>
        <w:t>7 日</w:t>
      </w:r>
      <w:r>
        <w:rPr>
          <w:rFonts w:ascii="宋体" w:hAnsi="宋体" w:eastAsia="宋体"/>
          <w:b w:val="0"/>
          <w:sz w:val="21"/>
        </w:rPr>
        <w:t>内书面通知对方并提供证明材料。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15.2　不可抗力持续超过 </w:t>
      </w:r>
      <w:r>
        <w:rPr>
          <w:rFonts w:ascii="宋体" w:hAnsi="宋体" w:eastAsia="宋体"/>
          <w:b/>
          <w:sz w:val="21"/>
        </w:rPr>
        <w:t>60 日</w:t>
      </w:r>
      <w:r>
        <w:rPr>
          <w:rFonts w:ascii="宋体" w:hAnsi="宋体" w:eastAsia="宋体"/>
          <w:b w:val="0"/>
          <w:sz w:val="21"/>
        </w:rPr>
        <w:t>的，任何一方均有权解除合同，双方按已完成工程量结算。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第十六条　通知与送达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16.1　双方确认下列地址、电话为有效通知与送达地址：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甲方：地址 ＿＿＿＿＿＿　　电话 13551110207　　微信 ＿＿＿＿＿＿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乙方：地址 ＿＿＿＿＿＿　　电话 ＿＿＿＿＿＿　　微信 ＿＿＿＿＿＿</w:t>
      </w:r>
    </w:p>
    <w:p>
      <w:pPr>
        <w:spacing w:before="0" w:after="40"/>
        <w:ind w:left="420" w:firstLine="0"/>
        <w:jc w:val="left"/>
      </w:pPr>
      <w:r>
        <w:rPr>
          <w:rFonts w:ascii="宋体" w:hAnsi="宋体" w:eastAsia="宋体"/>
          <w:b w:val="0"/>
          <w:sz w:val="20"/>
        </w:rPr>
        <w:t>保证人：地址 ＿＿＿＿＿＿　　电话 13258212263　　微信 ＿＿＿＿＿＿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16.2　通过</w:t>
      </w:r>
      <w:r>
        <w:rPr>
          <w:rFonts w:ascii="宋体" w:hAnsi="宋体" w:eastAsia="宋体"/>
          <w:b/>
          <w:sz w:val="21"/>
        </w:rPr>
        <w:t>微信、短信</w:t>
      </w:r>
      <w:r>
        <w:rPr>
          <w:rFonts w:ascii="宋体" w:hAnsi="宋体" w:eastAsia="宋体"/>
          <w:b w:val="0"/>
          <w:sz w:val="21"/>
        </w:rPr>
        <w:t>发送至前述号码，或通过邮寄（含 EMS）发送至前述地址的，</w:t>
      </w:r>
      <w:r>
        <w:rPr>
          <w:rFonts w:ascii="宋体" w:hAnsi="宋体" w:eastAsia="宋体"/>
          <w:b/>
          <w:sz w:val="21"/>
        </w:rPr>
        <w:t>均视为有效送达</w:t>
      </w:r>
      <w:r>
        <w:rPr>
          <w:rFonts w:ascii="宋体" w:hAnsi="宋体" w:eastAsia="宋体"/>
          <w:b w:val="0"/>
          <w:sz w:val="21"/>
        </w:rPr>
        <w:t>；邮寄自交邮之日起第 3 日视为送达，微信/短信自发送成功之时视为送达。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16.3　前述地址同时适用于</w:t>
      </w:r>
      <w:r>
        <w:rPr>
          <w:rFonts w:ascii="宋体" w:hAnsi="宋体" w:eastAsia="宋体"/>
          <w:b/>
          <w:sz w:val="21"/>
        </w:rPr>
        <w:t>诉讼阶段</w:t>
      </w:r>
      <w:r>
        <w:rPr>
          <w:rFonts w:ascii="宋体" w:hAnsi="宋体" w:eastAsia="宋体"/>
          <w:b w:val="0"/>
          <w:sz w:val="21"/>
        </w:rPr>
        <w:t xml:space="preserve">法律文书的送达。地址变更应在 </w:t>
      </w:r>
      <w:r>
        <w:rPr>
          <w:rFonts w:ascii="宋体" w:hAnsi="宋体" w:eastAsia="宋体"/>
          <w:b/>
          <w:sz w:val="21"/>
        </w:rPr>
        <w:t>3 日</w:t>
      </w:r>
      <w:r>
        <w:rPr>
          <w:rFonts w:ascii="宋体" w:hAnsi="宋体" w:eastAsia="宋体"/>
          <w:b w:val="0"/>
          <w:sz w:val="21"/>
        </w:rPr>
        <w:t>内书面通知对方，未通知的，按原地址送达即视为有效。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第十七条　其他约定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17.1　</w:t>
      </w:r>
      <w:r>
        <w:rPr>
          <w:rFonts w:ascii="宋体" w:hAnsi="宋体" w:eastAsia="宋体"/>
          <w:b/>
          <w:sz w:val="21"/>
        </w:rPr>
        <w:t>原文件的处理</w:t>
      </w:r>
      <w:r>
        <w:rPr>
          <w:rFonts w:ascii="宋体" w:hAnsi="宋体" w:eastAsia="宋体"/>
          <w:b w:val="0"/>
          <w:sz w:val="21"/>
        </w:rPr>
        <w:t>：双方确认，就本工程此前签署的文件（含 2026 年 9 月 10 日《农村自建房施工合同》正文及附件、以及该合同第 4 页末尾的手写《补条》）</w:t>
      </w:r>
      <w:r>
        <w:rPr>
          <w:rFonts w:ascii="宋体" w:hAnsi="宋体" w:eastAsia="宋体"/>
          <w:b/>
          <w:sz w:val="21"/>
        </w:rPr>
        <w:t>均未成立生效</w:t>
      </w:r>
      <w:r>
        <w:rPr>
          <w:rFonts w:ascii="宋体" w:hAnsi="宋体" w:eastAsia="宋体"/>
          <w:b w:val="0"/>
          <w:sz w:val="21"/>
        </w:rPr>
        <w:t>。</w:t>
      </w:r>
      <w:r>
        <w:rPr>
          <w:rFonts w:ascii="宋体" w:hAnsi="宋体" w:eastAsia="宋体"/>
          <w:b/>
          <w:sz w:val="21"/>
        </w:rPr>
        <w:t>本合同签订生效后，前述文件全部终止，双方不得再依据其主张任何权利</w:t>
      </w:r>
      <w:r>
        <w:rPr>
          <w:rFonts w:ascii="宋体" w:hAnsi="宋体" w:eastAsia="宋体"/>
          <w:b w:val="0"/>
          <w:sz w:val="21"/>
        </w:rPr>
        <w:t>；前述文件与本合同不一致的，一律以本合同为准。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17.2　</w:t>
      </w:r>
      <w:r>
        <w:rPr>
          <w:rFonts w:ascii="宋体" w:hAnsi="宋体" w:eastAsia="宋体"/>
          <w:b/>
          <w:sz w:val="21"/>
        </w:rPr>
        <w:t>附件效力</w:t>
      </w:r>
      <w:r>
        <w:rPr>
          <w:rFonts w:ascii="宋体" w:hAnsi="宋体" w:eastAsia="宋体"/>
          <w:b w:val="0"/>
          <w:sz w:val="21"/>
        </w:rPr>
        <w:t>：本合同附件为合同不可分割的组成部分。附件与正文不一致的，</w:t>
      </w:r>
      <w:r>
        <w:rPr>
          <w:rFonts w:ascii="宋体" w:hAnsi="宋体" w:eastAsia="宋体"/>
          <w:b/>
          <w:sz w:val="21"/>
        </w:rPr>
        <w:t>以正文为准</w:t>
      </w:r>
      <w:r>
        <w:rPr>
          <w:rFonts w:ascii="宋体" w:hAnsi="宋体" w:eastAsia="宋体"/>
          <w:b w:val="0"/>
          <w:sz w:val="21"/>
        </w:rPr>
        <w:t>；正文未约定的，以附件为准；附件内部不一致的，</w:t>
      </w:r>
      <w:r>
        <w:rPr>
          <w:rFonts w:ascii="宋体" w:hAnsi="宋体" w:eastAsia="宋体"/>
          <w:b/>
          <w:sz w:val="21"/>
        </w:rPr>
        <w:t>以对甲方有利或标准更高者为准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17.3　</w:t>
      </w:r>
      <w:r>
        <w:rPr>
          <w:rFonts w:ascii="宋体" w:hAnsi="宋体" w:eastAsia="宋体"/>
          <w:b/>
          <w:sz w:val="21"/>
        </w:rPr>
        <w:t>手写内容</w:t>
      </w:r>
      <w:r>
        <w:rPr>
          <w:rFonts w:ascii="宋体" w:hAnsi="宋体" w:eastAsia="宋体"/>
          <w:b w:val="0"/>
          <w:sz w:val="21"/>
        </w:rPr>
        <w:t>：本合同任何手写内容，须经双方在该处共同签字并注明日期后方为有效；</w:t>
      </w:r>
      <w:r>
        <w:rPr>
          <w:rFonts w:ascii="宋体" w:hAnsi="宋体" w:eastAsia="宋体"/>
          <w:b/>
          <w:sz w:val="21"/>
        </w:rPr>
        <w:t>单方添加的手写内容不发生效力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17.4　</w:t>
      </w:r>
      <w:r>
        <w:rPr>
          <w:rFonts w:ascii="宋体" w:hAnsi="宋体" w:eastAsia="宋体"/>
          <w:b/>
          <w:sz w:val="21"/>
        </w:rPr>
        <w:t>合同变更</w:t>
      </w:r>
      <w:r>
        <w:rPr>
          <w:rFonts w:ascii="宋体" w:hAnsi="宋体" w:eastAsia="宋体"/>
          <w:b w:val="0"/>
          <w:sz w:val="21"/>
        </w:rPr>
        <w:t>：本合同的任何变更、补充，均须经双方另行签署书面协议；补充协议与本合同具有同等法律效力。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17.5　</w:t>
      </w:r>
      <w:r>
        <w:rPr>
          <w:rFonts w:ascii="宋体" w:hAnsi="宋体" w:eastAsia="宋体"/>
          <w:b/>
          <w:sz w:val="21"/>
        </w:rPr>
        <w:t>合同份数</w:t>
      </w:r>
      <w:r>
        <w:rPr>
          <w:rFonts w:ascii="宋体" w:hAnsi="宋体" w:eastAsia="宋体"/>
          <w:b w:val="0"/>
          <w:sz w:val="21"/>
        </w:rPr>
        <w:t xml:space="preserve">：本合同一式 </w:t>
      </w:r>
      <w:r>
        <w:rPr>
          <w:rFonts w:ascii="宋体" w:hAnsi="宋体" w:eastAsia="宋体"/>
          <w:b/>
          <w:sz w:val="21"/>
        </w:rPr>
        <w:t>叁</w:t>
      </w:r>
      <w:r>
        <w:rPr>
          <w:rFonts w:ascii="宋体" w:hAnsi="宋体" w:eastAsia="宋体"/>
          <w:b w:val="0"/>
          <w:sz w:val="21"/>
        </w:rPr>
        <w:t xml:space="preserve"> 份，甲方执 </w:t>
      </w:r>
      <w:r>
        <w:rPr>
          <w:rFonts w:ascii="宋体" w:hAnsi="宋体" w:eastAsia="宋体"/>
          <w:b/>
          <w:sz w:val="21"/>
        </w:rPr>
        <w:t>壹</w:t>
      </w:r>
      <w:r>
        <w:rPr>
          <w:rFonts w:ascii="宋体" w:hAnsi="宋体" w:eastAsia="宋体"/>
          <w:b w:val="0"/>
          <w:sz w:val="21"/>
        </w:rPr>
        <w:t xml:space="preserve"> 份，乙方执 </w:t>
      </w:r>
      <w:r>
        <w:rPr>
          <w:rFonts w:ascii="宋体" w:hAnsi="宋体" w:eastAsia="宋体"/>
          <w:b/>
          <w:sz w:val="21"/>
        </w:rPr>
        <w:t>壹</w:t>
      </w:r>
      <w:r>
        <w:rPr>
          <w:rFonts w:ascii="宋体" w:hAnsi="宋体" w:eastAsia="宋体"/>
          <w:b w:val="0"/>
          <w:sz w:val="21"/>
        </w:rPr>
        <w:t xml:space="preserve"> 份，保证人执 </w:t>
      </w:r>
      <w:r>
        <w:rPr>
          <w:rFonts w:ascii="宋体" w:hAnsi="宋体" w:eastAsia="宋体"/>
          <w:b/>
          <w:sz w:val="21"/>
        </w:rPr>
        <w:t>壹</w:t>
      </w:r>
      <w:r>
        <w:rPr>
          <w:rFonts w:ascii="宋体" w:hAnsi="宋体" w:eastAsia="宋体"/>
          <w:b w:val="0"/>
          <w:sz w:val="21"/>
        </w:rPr>
        <w:t xml:space="preserve"> 份（无保证人时为一式两份）。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 xml:space="preserve">17.6　</w:t>
      </w:r>
      <w:r>
        <w:rPr>
          <w:rFonts w:ascii="宋体" w:hAnsi="宋体" w:eastAsia="宋体"/>
          <w:b/>
          <w:sz w:val="21"/>
        </w:rPr>
        <w:t>生效</w:t>
      </w:r>
      <w:r>
        <w:rPr>
          <w:rFonts w:ascii="宋体" w:hAnsi="宋体" w:eastAsia="宋体"/>
          <w:b w:val="0"/>
          <w:sz w:val="21"/>
        </w:rPr>
        <w:t>：本合同自甲方签字（按指印）、乙方签字（按指印）</w:t>
      </w:r>
      <w:r>
        <w:rPr>
          <w:rFonts w:ascii="宋体" w:hAnsi="宋体" w:eastAsia="宋体"/>
          <w:b/>
          <w:sz w:val="21"/>
        </w:rPr>
        <w:t>或</w:t>
      </w:r>
      <w:r>
        <w:rPr>
          <w:rFonts w:ascii="宋体" w:hAnsi="宋体" w:eastAsia="宋体"/>
          <w:b w:val="0"/>
          <w:sz w:val="21"/>
        </w:rPr>
        <w:t>法定代表人签字并加盖单位公章、保证人签字（按指印）之日起生效。</w:t>
      </w:r>
      <w:r>
        <w:rPr>
          <w:rFonts w:ascii="宋体" w:hAnsi="宋体" w:eastAsia="宋体"/>
          <w:b/>
          <w:sz w:val="21"/>
        </w:rPr>
        <w:t>仅盖章未签字，或仅签字未盖章的，不视为有效签署。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17.7　本工程相应的</w:t>
      </w:r>
      <w:r>
        <w:rPr>
          <w:rFonts w:ascii="宋体" w:hAnsi="宋体" w:eastAsia="宋体"/>
          <w:b/>
          <w:sz w:val="21"/>
        </w:rPr>
        <w:t>施工标准清单、材料清单</w:t>
      </w:r>
      <w:r>
        <w:rPr>
          <w:rFonts w:ascii="宋体" w:hAnsi="宋体" w:eastAsia="宋体"/>
          <w:b w:val="0"/>
          <w:sz w:val="21"/>
        </w:rPr>
        <w:t>由双方在附件一中逐项确认，</w:t>
      </w:r>
      <w:r>
        <w:rPr>
          <w:rFonts w:ascii="宋体" w:hAnsi="宋体" w:eastAsia="宋体"/>
          <w:b/>
          <w:sz w:val="21"/>
        </w:rPr>
        <w:t>附件一中与本合同正文不一致的内容，以正文为准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17.8　本工程</w:t>
      </w:r>
      <w:r>
        <w:rPr>
          <w:rFonts w:ascii="宋体" w:hAnsi="宋体" w:eastAsia="宋体"/>
          <w:b/>
          <w:sz w:val="21"/>
        </w:rPr>
        <w:t>不得加盖与乙方名称不一致的任何印章</w:t>
      </w:r>
      <w:r>
        <w:rPr>
          <w:rFonts w:ascii="宋体" w:hAnsi="宋体" w:eastAsia="宋体"/>
          <w:b w:val="0"/>
          <w:sz w:val="21"/>
        </w:rPr>
        <w:t>；出现名称不一致印章的，该盖章行为对甲方不发生效力。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17.9　未尽事宜，双方协商解决，或按《中华人民共和国民法典》及相关法律法规处理。</w:t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第十八条　争议解决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18.1　双方发生争议应先协商解决。</w:t>
      </w:r>
    </w:p>
    <w:p>
      <w:pPr>
        <w:spacing w:before="0" w:after="40"/>
        <w:ind w:left="0" w:firstLine="420"/>
        <w:jc w:val="left"/>
      </w:pPr>
      <w:r>
        <w:rPr>
          <w:rFonts w:ascii="宋体" w:hAnsi="宋体" w:eastAsia="宋体"/>
          <w:b w:val="0"/>
          <w:sz w:val="21"/>
        </w:rPr>
        <w:t>18.2　协商不成的，</w:t>
      </w:r>
      <w:r>
        <w:rPr>
          <w:rFonts w:ascii="宋体" w:hAnsi="宋体" w:eastAsia="宋体"/>
          <w:b/>
          <w:sz w:val="21"/>
        </w:rPr>
        <w:t>向成都市温江区人民法院提起诉讼</w:t>
      </w:r>
      <w:r>
        <w:rPr>
          <w:rFonts w:ascii="宋体" w:hAnsi="宋体" w:eastAsia="宋体"/>
          <w:b w:val="0"/>
          <w:sz w:val="21"/>
        </w:rPr>
        <w:t>。</w:t>
      </w:r>
    </w:p>
    <w:p>
      <w:r>
        <w:br w:type="page"/>
      </w: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签　署</w:t>
      </w:r>
    </w:p>
    <w:p>
      <w:pPr>
        <w:spacing w:before="0" w:after="40"/>
        <w:ind w:left="0" w:firstLine="0"/>
        <w:jc w:val="left"/>
      </w:pPr>
    </w:p>
    <w:p>
      <w:pPr>
        <w:spacing w:before="0" w:after="160"/>
        <w:ind w:left="0" w:firstLine="0"/>
        <w:jc w:val="left"/>
      </w:pPr>
      <w:r>
        <w:rPr>
          <w:rFonts w:ascii="宋体" w:hAnsi="宋体" w:eastAsia="宋体"/>
          <w:b/>
          <w:sz w:val="21"/>
        </w:rPr>
        <w:t>甲方（发包方）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签字（按指印）：＿＿＿＿＿＿　　　　日期：＿＿＿＿＿＿ 年 ＿＿＿＿＿＿ 月 ＿＿＿＿＿＿ 日</w:t>
      </w:r>
    </w:p>
    <w:p>
      <w:pPr>
        <w:spacing w:before="0" w:after="40"/>
        <w:ind w:left="0" w:firstLine="0"/>
        <w:jc w:val="left"/>
      </w:pPr>
    </w:p>
    <w:p>
      <w:pPr>
        <w:spacing w:before="0" w:after="160"/>
        <w:ind w:left="0" w:firstLine="0"/>
        <w:jc w:val="left"/>
      </w:pPr>
      <w:r>
        <w:rPr>
          <w:rFonts w:ascii="宋体" w:hAnsi="宋体" w:eastAsia="宋体"/>
          <w:b/>
          <w:sz w:val="21"/>
        </w:rPr>
        <w:t>乙方（承包方）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☐ 自然人：签字（按指印）：＿＿＿＿＿＿　　日期：＿＿＿＿＿＿ 年 ＿＿＿＿＿＿ 月 ＿＿＿＿＿＿ 日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　　配偶（如已婚）共同签字：＿＿＿＿＿＿　　日期：＿＿＿＿＿＿ 年 ＿＿＿＿＿＿ 月 ＿＿＿＿＿＿ 日</w:t>
      </w:r>
    </w:p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☐ 单位：法定代表人或授权代表签字：＿＿＿＿＿＿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　　单位公章：　　　　　　　　　　　　　　（此处加盖单位公章）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 xml:space="preserve">　　日期：＿＿＿＿＿＿ 年 ＿＿＿＿＿＿ 月 ＿＿＿＿＿＿ 日</w:t>
      </w:r>
    </w:p>
    <w:p>
      <w:pPr>
        <w:spacing w:before="0" w:after="40"/>
        <w:ind w:left="0" w:firstLine="0"/>
        <w:jc w:val="left"/>
      </w:pPr>
    </w:p>
    <w:p>
      <w:pPr>
        <w:spacing w:before="0" w:after="160"/>
        <w:ind w:left="0" w:firstLine="0"/>
        <w:jc w:val="left"/>
      </w:pPr>
      <w:r>
        <w:rPr>
          <w:rFonts w:ascii="宋体" w:hAnsi="宋体" w:eastAsia="宋体"/>
          <w:b/>
          <w:sz w:val="21"/>
        </w:rPr>
        <w:t>保证人</w:t>
      </w:r>
    </w:p>
    <w:p>
      <w:pPr>
        <w:spacing w:before="0" w:after="40"/>
        <w:ind w:left="0" w:firstLine="0"/>
        <w:jc w:val="left"/>
      </w:pPr>
      <w:r>
        <w:rPr>
          <w:rFonts w:ascii="宋体" w:hAnsi="宋体" w:eastAsia="宋体"/>
          <w:b w:val="0"/>
          <w:sz w:val="21"/>
        </w:rPr>
        <w:t>签字（按指印）：江剑凯　　　　日期：＿＿＿＿＿＿ 年 ＿＿＿＿＿＿ 月 ＿＿＿＿＿＿ 日</w:t>
      </w:r>
    </w:p>
    <w:p>
      <w:pPr>
        <w:spacing w:before="0" w:after="40"/>
        <w:ind w:left="0" w:firstLine="0"/>
        <w:jc w:val="left"/>
      </w:pPr>
    </w:p>
    <w:p>
      <w:pPr>
        <w:spacing w:before="180" w:after="80"/>
        <w:ind w:left="0" w:firstLine="0"/>
        <w:jc w:val="left"/>
      </w:pPr>
      <w:r>
        <w:rPr>
          <w:rFonts w:ascii="黑体" w:hAnsi="黑体" w:eastAsia="黑体"/>
          <w:b/>
          <w:sz w:val="24"/>
        </w:rPr>
        <w:t>附件清单（签约时逐份确认）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附件名称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份数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双方确认签字</w:t>
            </w:r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附件一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施工标准清单（</w:t>
            </w:r>
            <w:r>
              <w:rPr>
                <w:rFonts w:ascii="宋体" w:hAnsi="宋体" w:eastAsia="宋体"/>
                <w:b/>
                <w:sz w:val="19"/>
              </w:rPr>
              <w:t>须与正文第一、八条一致</w:t>
            </w:r>
            <w:r>
              <w:rPr>
                <w:rFonts w:ascii="宋体" w:hAnsi="宋体" w:eastAsia="宋体"/>
                <w:b w:val="0"/>
                <w:sz w:val="19"/>
              </w:rPr>
              <w:t>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附件二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材料清单（含品牌、规格、等级、使用部位）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附件三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主材报价单（</w:t>
            </w:r>
            <w:r>
              <w:rPr>
                <w:rFonts w:ascii="宋体" w:hAnsi="宋体" w:eastAsia="宋体"/>
                <w:b/>
                <w:sz w:val="19"/>
              </w:rPr>
              <w:t>须填写完整价格</w:t>
            </w:r>
            <w:r>
              <w:rPr>
                <w:rFonts w:ascii="宋体" w:hAnsi="宋体" w:eastAsia="宋体"/>
                <w:b w:val="0"/>
                <w:sz w:val="19"/>
              </w:rPr>
              <w:t>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附件四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施工图纸目录（含</w:t>
            </w:r>
            <w:r>
              <w:rPr>
                <w:rFonts w:ascii="宋体" w:hAnsi="宋体" w:eastAsia="宋体"/>
                <w:b/>
                <w:sz w:val="19"/>
              </w:rPr>
              <w:t>结构施工图</w:t>
            </w:r>
            <w:r>
              <w:rPr>
                <w:rFonts w:ascii="宋体" w:hAnsi="宋体" w:eastAsia="宋体"/>
                <w:b w:val="0"/>
                <w:sz w:val="19"/>
              </w:rPr>
              <w:t>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附件五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工程变更单（格式）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附件六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隐蔽工程验收记录（格式）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附件七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竣工资料移交清单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附件八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乙方主体资格文件（营业执照/身份证复印件、法定代表人身份证明）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附件九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施工人员名单及意外伤害保险单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附件十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《四川省新建农村住房质量保修书》（双方签署）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附件十一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《四川省农村住房建设竣工验收表》（双方签署）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  <w:tr>
        <w:tc>
          <w:tcPr>
            <w:tcW w:type="dxa" w:w="1020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附件十二</w:t>
            </w:r>
          </w:p>
        </w:tc>
        <w:tc>
          <w:tcPr>
            <w:tcW w:type="dxa" w:w="6009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双方确认的《面积确认单》《竣工验收单》（格式）</w:t>
            </w:r>
          </w:p>
        </w:tc>
        <w:tc>
          <w:tcPr>
            <w:tcW w:type="dxa" w:w="737"/>
          </w:tcPr>
          <w:p>
            <w:pPr>
              <w:spacing w:before="20" w:after="2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134"/>
          </w:tcPr>
          <w:p>
            <w:pPr>
              <w:spacing w:before="20" w:after="20" w:line="276" w:lineRule="auto"/>
            </w:pPr>
            <w:r/>
          </w:p>
        </w:tc>
      </w:tr>
    </w:tbl>
    <w:p>
      <w:pPr>
        <w:spacing w:before="0" w:after="40"/>
        <w:ind w:left="0" w:firstLine="0"/>
        <w:jc w:val="left"/>
      </w:pPr>
    </w:p>
    <w:p>
      <w:pPr>
        <w:spacing w:before="0" w:after="40"/>
        <w:ind w:left="0" w:firstLine="0"/>
        <w:jc w:val="center"/>
      </w:pPr>
      <w:r>
        <w:rPr>
          <w:rFonts w:ascii="宋体" w:hAnsi="宋体" w:eastAsia="宋体"/>
          <w:b w:val="0"/>
          <w:sz w:val="19"/>
        </w:rPr>
        <w:t>（本合同正文及附件共 ＿＿＿＿＿＿ 页，双方应在每页骑缝签字或按指印）</w:t>
      </w:r>
    </w:p>
    <w:sectPr w:rsidR="00FC693F" w:rsidRPr="0006063C" w:rsidSect="00034616">
      <w:footerReference w:type="default" r:id="rId9"/>
      <w:pgSz w:w="11906" w:h="16838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18"/>
      </w:rPr>
      <w:t xml:space="preserve">第 </w:t>
    </w:r>
    <w:fldSimple w:instr="PAGE"/>
    <w:r>
      <w:rPr>
        <w:rFonts w:ascii="宋体" w:hAnsi="宋体" w:eastAsia="宋体"/>
        <w:b w:val="0"/>
        <w:sz w:val="18"/>
      </w:rPr>
      <w:t xml:space="preserve"> 页 / 共 </w:t>
    </w:r>
    <w:fldSimple w:instr="NUMPAGES"/>
    <w:r>
      <w:rPr>
        <w:rFonts w:ascii="宋体" w:hAnsi="宋体" w:eastAsia="宋体"/>
        <w:b w:val="0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48" w:after="40"/>
    </w:pPr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