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《软件测试课程设计》“教材及参考书目录”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使用教材</w:t>
            </w:r>
          </w:p>
        </w:tc>
        <w:tc>
          <w:tcPr>
            <w:tcW w:type="dxa" w:w="4873"/>
          </w:tcPr>
          <w:p>
            <w:r>
              <w:t>朱少民. 软件测试方法和技术（第 4 版）[M]. 北京：清华大学出版社，2022.</w:t>
            </w:r>
          </w:p>
        </w:tc>
      </w:tr>
      <w:tr>
        <w:tc>
          <w:tcPr>
            <w:tcW w:type="dxa" w:w="4873"/>
          </w:tcPr>
          <w:p>
            <w:r>
              <w:t>参考书目</w:t>
            </w:r>
          </w:p>
        </w:tc>
        <w:tc>
          <w:tcPr>
            <w:tcW w:type="dxa" w:w="4873"/>
          </w:tcPr>
          <w:p>
            <w:r>
              <w:t>朱少民. 全程软件测试（第 3 版）[M]. 北京：人民邮电出版社，2019.；朱少民. 致命 Bug——软件缺陷的灾难与启示[M]. 北京：人民邮电出版社，2016.；朱少民. 软件测试知识地图[Z]. 2022.；陈能技. 软件测试技术大全：测试基础、流行工具、项目实战[M]. 北京：人民邮电出版社，2008.；Myers G J, Sandler C, Badgett T. The Art of Software Testing[M]. 3rd ed. Hoboken: John Wiley &amp; Sons, 2011.；Kaner C, Bach J, Pettichord B. Lessons Learned in Software Testing[M]. New York: John Wiley &amp; Sons, 2001.；Crispin L, Gregory J. Agile Testing: A Practical Guide for Testers and Agile Teams[M]. Boston: Addison-Wesley, 2008.；Meszaros G. xUnit Test Patterns: Refactoring Test Code[M]. Boston: Addison-Wesley, 2007.；Whittaker J A. Exploratory Software Testing[M]. Boston: Addison-Wesley, 2009.；Beck K. Test-Driven Development: By Example[M]. Boston: Addison-Wesley, 2002.；Humble J, Farley D. Continuous Delivery: Reliable Software Releases through Build, Test, and Deployment Automation[M]. Boston: Addison-Wesley, 2010.；Fowler M. 重构：改善既有代码的设计（第 2 版）[M]. 北京：人民邮电出版社，2019.；Koomen T, Pol M. TMap NEXT: for Result-driven Testing[M]. Den Bosch: UTN Publishers, 2006.；ISO/IEC/IEEE 29119 Software and Systems Engineering — Software Testing[S]. Geneva: ISO, 2013—2021.；GB/T 15532—2008 计算机软件测试规范[S]. 北京：中国标准出版社，2008.；GB/T 25000.10—2016 系统与软件工程 系统与软件质量要求和评价（SQuaRE）第 10 部分：系统与软件质量模型[S]. 北京：中国标准出版社，2016.；中国证券监督管理委员会. 证券期货业软件测试规范[S]，2020.；2021 年国内软件质量调查报告[R]. 2021.；ISTQB. Certified Tester Foundation Level Syllabus[EB/OL]. https://www.istqb.org/.；Apache JMeter 官方文档[EB/OL]. https://jmeter.apache.org/.；Postman 官方学习中心[EB/OL]. https://learning.postman.com/.；Playwright 官方文档[EB/OL]. https://playwright.dev/.；Selenium 官方文档[EB/OL]. https://www.selenium.dev/documentation/.；TestLink 官方文档[EB/OL]. https://testlink.org/.；SonarQube 官方文档[EB/OL]. https://docs.sonarsource.com/sonarqube/.</w:t>
            </w:r>
          </w:p>
        </w:tc>
      </w:tr>
    </w:tbl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