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教师简介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392"/>
        <w:gridCol w:w="1392"/>
        <w:gridCol w:w="1392"/>
        <w:gridCol w:w="1392"/>
        <w:gridCol w:w="1392"/>
        <w:gridCol w:w="1392"/>
        <w:gridCol w:w="1392"/>
      </w:tblGrid>
      <w:tr>
        <w:tc>
          <w:tcPr>
            <w:tcW w:type="dxa" w:w="1392"/>
          </w:tcPr>
          <w:p>
            <w:r>
              <w:t>姓名</w:t>
            </w:r>
          </w:p>
        </w:tc>
        <w:tc>
          <w:tcPr>
            <w:tcW w:type="dxa" w:w="1392"/>
          </w:tcPr>
          <w:p>
            <w:r>
              <w:t>性别</w:t>
            </w:r>
          </w:p>
        </w:tc>
        <w:tc>
          <w:tcPr>
            <w:tcW w:type="dxa" w:w="1392"/>
          </w:tcPr>
          <w:p>
            <w:r>
              <w:t>出生年月</w:t>
            </w:r>
          </w:p>
        </w:tc>
        <w:tc>
          <w:tcPr>
            <w:tcW w:type="dxa" w:w="1392"/>
          </w:tcPr>
          <w:p>
            <w:r>
              <w:t>职称/职务</w:t>
            </w:r>
          </w:p>
        </w:tc>
        <w:tc>
          <w:tcPr>
            <w:tcW w:type="dxa" w:w="1392"/>
          </w:tcPr>
          <w:p>
            <w:r>
              <w:t>硕士毕业院校</w:t>
            </w:r>
          </w:p>
        </w:tc>
        <w:tc>
          <w:tcPr>
            <w:tcW w:type="dxa" w:w="1392"/>
          </w:tcPr>
          <w:p>
            <w:r>
              <w:t>博士毕业院校</w:t>
            </w:r>
          </w:p>
        </w:tc>
        <w:tc>
          <w:tcPr>
            <w:tcW w:type="dxa" w:w="1392"/>
          </w:tcPr>
          <w:p>
            <w:r>
              <w:t>参加工作时间</w:t>
            </w:r>
          </w:p>
        </w:tc>
      </w:tr>
      <w:tr>
        <w:tc>
          <w:tcPr>
            <w:tcW w:type="dxa" w:w="1392"/>
          </w:tcPr>
          <w:p>
            <w:r>
              <w:t>周宇文</w:t>
            </w:r>
          </w:p>
        </w:tc>
        <w:tc>
          <w:tcPr>
            <w:tcW w:type="dxa" w:w="1392"/>
          </w:tcPr>
          <w:p>
            <w:r>
              <w:t>男</w:t>
            </w:r>
          </w:p>
        </w:tc>
        <w:tc>
          <w:tcPr>
            <w:tcW w:type="dxa" w:w="1392"/>
          </w:tcPr>
          <w:p>
            <w:r>
              <w:t>1988-07</w:t>
            </w:r>
          </w:p>
        </w:tc>
        <w:tc>
          <w:tcPr>
            <w:tcW w:type="dxa" w:w="1392"/>
          </w:tcPr>
          <w:p>
            <w:r>
              <w:t>讲师</w:t>
            </w:r>
          </w:p>
        </w:tc>
        <w:tc>
          <w:tcPr>
            <w:tcW w:type="dxa" w:w="1392"/>
          </w:tcPr>
          <w:p>
            <w:r>
              <w:t>中山大学</w:t>
            </w:r>
          </w:p>
        </w:tc>
        <w:tc>
          <w:tcPr>
            <w:tcW w:type="dxa" w:w="1392"/>
          </w:tcPr>
          <w:p>
            <w:r>
              <w:t>华南师范大学</w:t>
            </w:r>
          </w:p>
        </w:tc>
        <w:tc>
          <w:tcPr>
            <w:tcW w:type="dxa" w:w="1392"/>
          </w:tcPr>
          <w:p>
            <w:r>
              <w:t>2011.08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</w:tcPr>
          <w:p>
            <w:r>
              <w:t>承担过的课程</w:t>
            </w:r>
          </w:p>
        </w:tc>
        <w:tc>
          <w:tcPr>
            <w:tcW w:type="dxa" w:w="4873"/>
          </w:tcPr>
          <w:p>
            <w:r>
              <w:t>《Java Web 程序设计》、《大学计算机高级应用》、《软件质量控制与测试》、《计算机导论》、《大学计算机基础应用》、《Python 程序设计基础》</w:t>
            </w:r>
          </w:p>
        </w:tc>
      </w:tr>
      <w:tr>
        <w:tc>
          <w:tcPr>
            <w:tcW w:type="dxa" w:w="4873"/>
          </w:tcPr>
          <w:p>
            <w:r>
              <w:t>目前承担的课程</w:t>
            </w:r>
          </w:p>
        </w:tc>
        <w:tc>
          <w:tcPr>
            <w:tcW w:type="dxa" w:w="4873"/>
          </w:tcPr>
          <w:p>
            <w:r>
              <w:t>《软件测试课程设计》、《软件测试》、《软件项目管理》</w:t>
            </w:r>
          </w:p>
        </w:tc>
      </w:tr>
    </w:tbl>
    <w:p>
      <w:pPr>
        <w:pStyle w:val="Heading1"/>
      </w:pPr>
      <w:r>
        <w:t>教学与研究方向</w:t>
      </w:r>
    </w:p>
    <w:p>
      <w:r>
        <w:t>主要承担软件工程、软件测试、软件项目管理等课程的教学工作，研究方向为软件质量与软件测试、软件工程教育。</w:t>
      </w:r>
    </w:p>
    <w:p>
      <w:pPr>
        <w:pStyle w:val="Heading1"/>
      </w:pPr>
      <w:r>
        <w:t>联系方式</w:t>
      </w:r>
    </w:p>
    <w:p>
      <w:r>
        <w:t>电话/微信：13580390715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